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4A0" w:firstRow="1" w:lastRow="0" w:firstColumn="1" w:lastColumn="0" w:noHBand="0" w:noVBand="1"/>
      </w:tblPr>
      <w:tblGrid>
        <w:gridCol w:w="2956"/>
        <w:gridCol w:w="6266"/>
        <w:gridCol w:w="138"/>
      </w:tblGrid>
      <w:tr w:rsidR="00C31F43" w14:paraId="38FBD734" w14:textId="77777777">
        <w:tc>
          <w:tcPr>
            <w:tcW w:w="300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29EFA0A2" w14:textId="77777777" w:rsidR="00C31F43" w:rsidRDefault="00255415">
            <w:r>
              <w:rPr>
                <w:noProof/>
              </w:rPr>
              <w:drawing>
                <wp:inline distT="0" distB="0" distL="0" distR="0" wp14:anchorId="12559438" wp14:editId="7823E0FD">
                  <wp:extent cx="1600200" cy="4155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600200" cy="415556"/>
                          </a:xfrm>
                          <a:prstGeom prst="rect">
                            <a:avLst/>
                          </a:prstGeom>
                        </pic:spPr>
                      </pic:pic>
                    </a:graphicData>
                  </a:graphic>
                </wp:inline>
              </w:drawing>
            </w:r>
          </w:p>
        </w:tc>
        <w:tc>
          <w:tcPr>
            <w:tcW w:w="6360" w:type="dxa"/>
            <w:gridSpan w:val="2"/>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68F22F01" w14:textId="77777777" w:rsidR="00C31F43" w:rsidRDefault="00255415">
            <w:pPr>
              <w:spacing w:after="0"/>
              <w:jc w:val="right"/>
            </w:pPr>
            <w:r>
              <w:rPr>
                <w:b/>
                <w:color w:val="145C2C"/>
                <w:sz w:val="46"/>
              </w:rPr>
              <w:t>Referral Form 2026</w:t>
            </w:r>
          </w:p>
          <w:p w14:paraId="2E02367F" w14:textId="77777777" w:rsidR="00C31F43" w:rsidRDefault="00255415">
            <w:pPr>
              <w:spacing w:after="0"/>
              <w:jc w:val="right"/>
            </w:pPr>
            <w:r>
              <w:rPr>
                <w:b/>
                <w:color w:val="22322A"/>
                <w:sz w:val="23"/>
              </w:rPr>
              <w:t>Support with Housing, Benefits and Non-Regulated Debt Advice</w:t>
            </w:r>
          </w:p>
          <w:p w14:paraId="25F166A7" w14:textId="77777777" w:rsidR="00C31F43" w:rsidRDefault="00255415">
            <w:pPr>
              <w:spacing w:after="0"/>
              <w:jc w:val="right"/>
            </w:pPr>
            <w:r>
              <w:rPr>
                <w:color w:val="0E6E7A"/>
                <w:sz w:val="20"/>
              </w:rPr>
              <w:t>Only Council Tax, water and rent arrears</w:t>
            </w:r>
          </w:p>
        </w:tc>
      </w:tr>
      <w:tr w:rsidR="00C31F43" w14:paraId="182C26F3" w14:textId="77777777">
        <w:trPr>
          <w:gridAfter w:val="1"/>
          <w:wAfter w:w="140" w:type="dxa"/>
        </w:trPr>
        <w:tc>
          <w:tcPr>
            <w:tcW w:w="9360" w:type="dxa"/>
            <w:gridSpan w:val="2"/>
            <w:tcBorders>
              <w:top w:val="single" w:sz="10" w:space="0" w:color="FDB913"/>
              <w:left w:val="single" w:sz="10" w:space="0" w:color="FDB913"/>
              <w:bottom w:val="single" w:sz="10" w:space="0" w:color="FDB913"/>
              <w:right w:val="single" w:sz="10" w:space="0" w:color="FDB913"/>
            </w:tcBorders>
            <w:shd w:val="clear" w:color="auto" w:fill="FFF5D6"/>
            <w:tcMar>
              <w:top w:w="95" w:type="dxa"/>
              <w:left w:w="140" w:type="dxa"/>
              <w:bottom w:w="95" w:type="dxa"/>
              <w:right w:w="140" w:type="dxa"/>
            </w:tcMar>
          </w:tcPr>
          <w:p w14:paraId="307BCB1F" w14:textId="77777777" w:rsidR="00C31F43" w:rsidRDefault="00255415">
            <w:pPr>
              <w:spacing w:after="0"/>
            </w:pPr>
            <w:r>
              <w:rPr>
                <w:color w:val="22322A"/>
                <w:sz w:val="20"/>
              </w:rPr>
              <w:t>Complete as much detail as possible so MHDA can understand the client situation and arrange the right support.</w:t>
            </w:r>
          </w:p>
        </w:tc>
      </w:tr>
    </w:tbl>
    <w:p w14:paraId="70DF0514" w14:textId="77777777" w:rsidR="00C31F43" w:rsidRDefault="00C31F43">
      <w:pPr>
        <w:spacing w:after="140"/>
      </w:pPr>
    </w:p>
    <w:tbl>
      <w:tblPr>
        <w:tblW w:w="9360" w:type="dxa"/>
        <w:tblLayout w:type="fixed"/>
        <w:tblLook w:val="04A0" w:firstRow="1" w:lastRow="0" w:firstColumn="1" w:lastColumn="0" w:noHBand="0" w:noVBand="1"/>
      </w:tblPr>
      <w:tblGrid>
        <w:gridCol w:w="3441"/>
        <w:gridCol w:w="5894"/>
        <w:gridCol w:w="25"/>
      </w:tblGrid>
      <w:tr w:rsidR="00C31F43" w14:paraId="4BDFF374" w14:textId="77777777">
        <w:trPr>
          <w:gridAfter w:val="1"/>
          <w:wAfter w:w="25" w:type="dxa"/>
        </w:trPr>
        <w:tc>
          <w:tcPr>
            <w:tcW w:w="9360" w:type="dxa"/>
            <w:gridSpan w:val="2"/>
            <w:tcBorders>
              <w:top w:val="single" w:sz="6" w:space="0" w:color="145C2C"/>
              <w:left w:val="single" w:sz="6" w:space="0" w:color="145C2C"/>
              <w:bottom w:val="single" w:sz="6" w:space="0" w:color="145C2C"/>
              <w:right w:val="single" w:sz="6" w:space="0" w:color="145C2C"/>
            </w:tcBorders>
            <w:shd w:val="clear" w:color="auto" w:fill="145C2C"/>
            <w:tcMar>
              <w:top w:w="110" w:type="dxa"/>
              <w:left w:w="150" w:type="dxa"/>
              <w:bottom w:w="110" w:type="dxa"/>
              <w:right w:w="150" w:type="dxa"/>
            </w:tcMar>
          </w:tcPr>
          <w:p w14:paraId="36D2B113" w14:textId="77777777" w:rsidR="00C31F43" w:rsidRDefault="00255415">
            <w:pPr>
              <w:spacing w:after="0"/>
            </w:pPr>
            <w:r>
              <w:rPr>
                <w:b/>
                <w:color w:val="FFFFFF"/>
                <w:sz w:val="24"/>
              </w:rPr>
              <w:t>Referring Organisation / Individual Information</w:t>
            </w:r>
          </w:p>
        </w:tc>
      </w:tr>
      <w:tr w:rsidR="00C31F43" w14:paraId="6610490E" w14:textId="77777777">
        <w:tc>
          <w:tcPr>
            <w:tcW w:w="345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698B82E7" w14:textId="77777777" w:rsidR="00C31F43" w:rsidRDefault="00255415">
            <w:pPr>
              <w:spacing w:after="0"/>
            </w:pPr>
            <w:r>
              <w:rPr>
                <w:b/>
                <w:color w:val="22322A"/>
                <w:sz w:val="20"/>
              </w:rPr>
              <w:t>Name of Referring Organisation / Individual</w:t>
            </w:r>
          </w:p>
        </w:tc>
        <w:tc>
          <w:tcPr>
            <w:tcW w:w="591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2829C8FD" w14:textId="2ECEFDC4" w:rsidR="00C31F43" w:rsidRDefault="00233BDE">
            <w:pPr>
              <w:spacing w:after="0"/>
            </w:pPr>
            <w:r>
              <w:rPr>
                <w:color w:val="6B6B6B"/>
                <w:sz w:val="20"/>
              </w:rPr>
              <w:t xml:space="preserve">Self </w:t>
            </w:r>
            <w:r w:rsidR="00255415">
              <w:rPr>
                <w:color w:val="6B6B6B"/>
                <w:sz w:val="20"/>
              </w:rPr>
              <w:t>______________________________________________________</w:t>
            </w:r>
          </w:p>
        </w:tc>
      </w:tr>
      <w:tr w:rsidR="00C31F43" w14:paraId="00E84879" w14:textId="77777777">
        <w:tc>
          <w:tcPr>
            <w:tcW w:w="345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19CF924D" w14:textId="77777777" w:rsidR="00C31F43" w:rsidRDefault="00255415">
            <w:pPr>
              <w:spacing w:after="0"/>
            </w:pPr>
            <w:r>
              <w:rPr>
                <w:b/>
                <w:color w:val="22322A"/>
                <w:sz w:val="20"/>
              </w:rPr>
              <w:t>Contact Person</w:t>
            </w:r>
          </w:p>
        </w:tc>
        <w:tc>
          <w:tcPr>
            <w:tcW w:w="591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4B2C633F" w14:textId="77777777" w:rsidR="00C31F43" w:rsidRDefault="00255415">
            <w:pPr>
              <w:spacing w:after="0"/>
            </w:pPr>
            <w:r>
              <w:rPr>
                <w:color w:val="6B6B6B"/>
                <w:sz w:val="20"/>
              </w:rPr>
              <w:t>_______________________________________________________</w:t>
            </w:r>
          </w:p>
        </w:tc>
      </w:tr>
      <w:tr w:rsidR="00C31F43" w14:paraId="5B3211F2" w14:textId="77777777">
        <w:tc>
          <w:tcPr>
            <w:tcW w:w="345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6A31029A" w14:textId="77777777" w:rsidR="00C31F43" w:rsidRDefault="00255415">
            <w:pPr>
              <w:spacing w:after="0"/>
            </w:pPr>
            <w:r>
              <w:rPr>
                <w:b/>
                <w:color w:val="22322A"/>
                <w:sz w:val="20"/>
              </w:rPr>
              <w:t>Phone Number</w:t>
            </w:r>
          </w:p>
        </w:tc>
        <w:tc>
          <w:tcPr>
            <w:tcW w:w="591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753DB412" w14:textId="77777777" w:rsidR="00C31F43" w:rsidRDefault="00255415">
            <w:pPr>
              <w:spacing w:after="0"/>
            </w:pPr>
            <w:r>
              <w:rPr>
                <w:color w:val="6B6B6B"/>
                <w:sz w:val="20"/>
              </w:rPr>
              <w:t>_______________________________________________________</w:t>
            </w:r>
          </w:p>
        </w:tc>
      </w:tr>
      <w:tr w:rsidR="00C31F43" w14:paraId="01B87A3B" w14:textId="77777777">
        <w:tc>
          <w:tcPr>
            <w:tcW w:w="345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2AE7510C" w14:textId="77777777" w:rsidR="00C31F43" w:rsidRDefault="00255415">
            <w:pPr>
              <w:spacing w:after="0"/>
            </w:pPr>
            <w:r>
              <w:rPr>
                <w:b/>
                <w:color w:val="22322A"/>
                <w:sz w:val="20"/>
              </w:rPr>
              <w:t>Email</w:t>
            </w:r>
          </w:p>
        </w:tc>
        <w:tc>
          <w:tcPr>
            <w:tcW w:w="591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071D14ED" w14:textId="77777777" w:rsidR="00C31F43" w:rsidRDefault="00255415">
            <w:pPr>
              <w:spacing w:after="0"/>
            </w:pPr>
            <w:r>
              <w:rPr>
                <w:color w:val="6B6B6B"/>
                <w:sz w:val="20"/>
              </w:rPr>
              <w:t>_______________________________________________________</w:t>
            </w:r>
          </w:p>
        </w:tc>
      </w:tr>
      <w:tr w:rsidR="00C31F43" w14:paraId="021DF0D4" w14:textId="77777777">
        <w:tc>
          <w:tcPr>
            <w:tcW w:w="345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1D35CA68" w14:textId="77777777" w:rsidR="00C31F43" w:rsidRDefault="00255415">
            <w:pPr>
              <w:spacing w:after="0"/>
            </w:pPr>
            <w:r>
              <w:rPr>
                <w:b/>
                <w:color w:val="22322A"/>
                <w:sz w:val="20"/>
              </w:rPr>
              <w:t>Date of Referral</w:t>
            </w:r>
          </w:p>
        </w:tc>
        <w:tc>
          <w:tcPr>
            <w:tcW w:w="591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33A2A843" w14:textId="77777777" w:rsidR="00C31F43" w:rsidRDefault="00255415">
            <w:pPr>
              <w:spacing w:after="0"/>
            </w:pPr>
            <w:r>
              <w:rPr>
                <w:color w:val="6B6B6B"/>
                <w:sz w:val="20"/>
              </w:rPr>
              <w:t>_______________________________________________________</w:t>
            </w:r>
          </w:p>
        </w:tc>
      </w:tr>
    </w:tbl>
    <w:p w14:paraId="51ACAA5D" w14:textId="77777777" w:rsidR="00C31F43" w:rsidRDefault="00C31F43">
      <w:pPr>
        <w:spacing w:after="140"/>
      </w:pPr>
    </w:p>
    <w:tbl>
      <w:tblPr>
        <w:tblW w:w="9360" w:type="dxa"/>
        <w:tblLayout w:type="fixed"/>
        <w:tblLook w:val="04A0" w:firstRow="1" w:lastRow="0" w:firstColumn="1" w:lastColumn="0" w:noHBand="0" w:noVBand="1"/>
      </w:tblPr>
      <w:tblGrid>
        <w:gridCol w:w="2793"/>
        <w:gridCol w:w="6542"/>
        <w:gridCol w:w="25"/>
      </w:tblGrid>
      <w:tr w:rsidR="00C31F43" w14:paraId="5FAC4C12" w14:textId="77777777">
        <w:trPr>
          <w:gridAfter w:val="1"/>
          <w:wAfter w:w="25" w:type="dxa"/>
        </w:trPr>
        <w:tc>
          <w:tcPr>
            <w:tcW w:w="9360" w:type="dxa"/>
            <w:gridSpan w:val="2"/>
            <w:tcBorders>
              <w:top w:val="single" w:sz="6" w:space="0" w:color="0E6E7A"/>
              <w:left w:val="single" w:sz="6" w:space="0" w:color="0E6E7A"/>
              <w:bottom w:val="single" w:sz="6" w:space="0" w:color="0E6E7A"/>
              <w:right w:val="single" w:sz="6" w:space="0" w:color="0E6E7A"/>
            </w:tcBorders>
            <w:shd w:val="clear" w:color="auto" w:fill="0E6E7A"/>
            <w:tcMar>
              <w:top w:w="110" w:type="dxa"/>
              <w:left w:w="150" w:type="dxa"/>
              <w:bottom w:w="110" w:type="dxa"/>
              <w:right w:w="150" w:type="dxa"/>
            </w:tcMar>
          </w:tcPr>
          <w:p w14:paraId="68109836" w14:textId="77777777" w:rsidR="00C31F43" w:rsidRDefault="00255415">
            <w:pPr>
              <w:spacing w:after="0"/>
            </w:pPr>
            <w:r>
              <w:rPr>
                <w:b/>
                <w:color w:val="FFFFFF"/>
                <w:sz w:val="24"/>
              </w:rPr>
              <w:t>Client Information</w:t>
            </w:r>
          </w:p>
        </w:tc>
      </w:tr>
      <w:tr w:rsidR="00C31F43" w14:paraId="501530A3" w14:textId="77777777">
        <w:tc>
          <w:tcPr>
            <w:tcW w:w="28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6FEF436D" w14:textId="77777777" w:rsidR="00C31F43" w:rsidRDefault="00255415">
            <w:pPr>
              <w:spacing w:after="0"/>
            </w:pPr>
            <w:r>
              <w:rPr>
                <w:b/>
                <w:color w:val="22322A"/>
                <w:sz w:val="20"/>
              </w:rPr>
              <w:t>Name</w:t>
            </w:r>
          </w:p>
        </w:tc>
        <w:tc>
          <w:tcPr>
            <w:tcW w:w="656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48FA9439" w14:textId="7BEB5E41" w:rsidR="00C31F43" w:rsidRDefault="00255415">
            <w:pPr>
              <w:spacing w:after="0"/>
            </w:pPr>
            <w:r>
              <w:rPr>
                <w:color w:val="6B6B6B"/>
                <w:sz w:val="20"/>
              </w:rPr>
              <w:t>__</w:t>
            </w:r>
            <w:r w:rsidR="00233BDE">
              <w:rPr>
                <w:color w:val="6B6B6B"/>
                <w:sz w:val="20"/>
              </w:rPr>
              <w:t xml:space="preserve">Shannon Riley </w:t>
            </w:r>
            <w:r>
              <w:rPr>
                <w:color w:val="6B6B6B"/>
                <w:sz w:val="20"/>
              </w:rPr>
              <w:t>_____________________________________________________</w:t>
            </w:r>
          </w:p>
        </w:tc>
      </w:tr>
      <w:tr w:rsidR="00C31F43" w14:paraId="4DDA3C3C" w14:textId="77777777">
        <w:tc>
          <w:tcPr>
            <w:tcW w:w="28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57F7C690" w14:textId="77777777" w:rsidR="00C31F43" w:rsidRDefault="00255415">
            <w:pPr>
              <w:spacing w:after="0"/>
            </w:pPr>
            <w:r>
              <w:rPr>
                <w:b/>
                <w:color w:val="22322A"/>
                <w:sz w:val="20"/>
              </w:rPr>
              <w:t>Date of Birth</w:t>
            </w:r>
          </w:p>
        </w:tc>
        <w:tc>
          <w:tcPr>
            <w:tcW w:w="656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57896AFC" w14:textId="746CF7F0" w:rsidR="00C31F43" w:rsidRDefault="00255415">
            <w:pPr>
              <w:spacing w:after="0"/>
            </w:pPr>
            <w:r>
              <w:rPr>
                <w:color w:val="6B6B6B"/>
                <w:sz w:val="20"/>
              </w:rPr>
              <w:t>__</w:t>
            </w:r>
            <w:r w:rsidR="00233BDE">
              <w:rPr>
                <w:color w:val="6B6B6B"/>
                <w:sz w:val="20"/>
              </w:rPr>
              <w:t>30/01/1997</w:t>
            </w:r>
            <w:r>
              <w:rPr>
                <w:color w:val="6B6B6B"/>
                <w:sz w:val="20"/>
              </w:rPr>
              <w:t>_____________________________________________________</w:t>
            </w:r>
          </w:p>
        </w:tc>
      </w:tr>
      <w:tr w:rsidR="00C31F43" w14:paraId="3C52CE99" w14:textId="77777777">
        <w:tc>
          <w:tcPr>
            <w:tcW w:w="28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484598D9" w14:textId="77777777" w:rsidR="00C31F43" w:rsidRDefault="00255415">
            <w:pPr>
              <w:spacing w:after="0"/>
            </w:pPr>
            <w:r>
              <w:rPr>
                <w:b/>
                <w:color w:val="22322A"/>
                <w:sz w:val="20"/>
              </w:rPr>
              <w:t>Address</w:t>
            </w:r>
          </w:p>
        </w:tc>
        <w:tc>
          <w:tcPr>
            <w:tcW w:w="656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31058883" w14:textId="64A5486D" w:rsidR="00C31F43" w:rsidRDefault="00255415">
            <w:pPr>
              <w:spacing w:after="0"/>
            </w:pPr>
            <w:r>
              <w:rPr>
                <w:color w:val="6B6B6B"/>
                <w:sz w:val="20"/>
              </w:rPr>
              <w:t>___</w:t>
            </w:r>
            <w:r w:rsidR="00233BDE">
              <w:rPr>
                <w:color w:val="6B6B6B"/>
                <w:sz w:val="20"/>
              </w:rPr>
              <w:t>66 Woodland Road Halewood L26</w:t>
            </w:r>
            <w:r w:rsidR="005C4056">
              <w:rPr>
                <w:color w:val="6B6B6B"/>
                <w:sz w:val="20"/>
              </w:rPr>
              <w:t xml:space="preserve">1XF </w:t>
            </w:r>
            <w:r>
              <w:rPr>
                <w:color w:val="6B6B6B"/>
                <w:sz w:val="20"/>
              </w:rPr>
              <w:t>____________________________________________________</w:t>
            </w:r>
            <w:r>
              <w:rPr>
                <w:color w:val="6B6B6B"/>
                <w:sz w:val="20"/>
              </w:rPr>
              <w:br/>
              <w:t>_______________________________________________________</w:t>
            </w:r>
          </w:p>
        </w:tc>
      </w:tr>
      <w:tr w:rsidR="00C31F43" w14:paraId="4C448461" w14:textId="77777777">
        <w:tc>
          <w:tcPr>
            <w:tcW w:w="28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4FCCA896" w14:textId="77777777" w:rsidR="00C31F43" w:rsidRDefault="00255415">
            <w:pPr>
              <w:spacing w:after="0"/>
            </w:pPr>
            <w:r>
              <w:rPr>
                <w:b/>
                <w:color w:val="22322A"/>
                <w:sz w:val="20"/>
              </w:rPr>
              <w:t>Phone Number</w:t>
            </w:r>
          </w:p>
        </w:tc>
        <w:tc>
          <w:tcPr>
            <w:tcW w:w="656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796C56A2" w14:textId="7981E9AC" w:rsidR="00C31F43" w:rsidRDefault="00255415">
            <w:pPr>
              <w:spacing w:after="0"/>
            </w:pPr>
            <w:r>
              <w:rPr>
                <w:color w:val="6B6B6B"/>
                <w:sz w:val="20"/>
              </w:rPr>
              <w:t>_</w:t>
            </w:r>
            <w:r w:rsidR="005C4056">
              <w:rPr>
                <w:color w:val="6B6B6B"/>
                <w:sz w:val="20"/>
              </w:rPr>
              <w:t>07709810</w:t>
            </w:r>
            <w:r w:rsidR="000833F5">
              <w:rPr>
                <w:color w:val="6B6B6B"/>
                <w:sz w:val="20"/>
              </w:rPr>
              <w:t>2</w:t>
            </w:r>
            <w:r w:rsidR="005C4056">
              <w:rPr>
                <w:color w:val="6B6B6B"/>
                <w:sz w:val="20"/>
              </w:rPr>
              <w:t>29</w:t>
            </w:r>
            <w:r>
              <w:rPr>
                <w:color w:val="6B6B6B"/>
                <w:sz w:val="20"/>
              </w:rPr>
              <w:t>______________________________________________________</w:t>
            </w:r>
          </w:p>
        </w:tc>
      </w:tr>
      <w:tr w:rsidR="00C31F43" w14:paraId="6CDEC6FA" w14:textId="77777777">
        <w:tc>
          <w:tcPr>
            <w:tcW w:w="28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7B975D11" w14:textId="77777777" w:rsidR="00C31F43" w:rsidRDefault="00255415">
            <w:pPr>
              <w:spacing w:after="0"/>
            </w:pPr>
            <w:r>
              <w:rPr>
                <w:b/>
                <w:color w:val="22322A"/>
                <w:sz w:val="20"/>
              </w:rPr>
              <w:t>Email</w:t>
            </w:r>
          </w:p>
        </w:tc>
        <w:tc>
          <w:tcPr>
            <w:tcW w:w="656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78DA6197" w14:textId="77777777" w:rsidR="00C31F43" w:rsidRDefault="00255415">
            <w:pPr>
              <w:spacing w:after="0"/>
            </w:pPr>
            <w:r>
              <w:rPr>
                <w:color w:val="6B6B6B"/>
                <w:sz w:val="20"/>
              </w:rPr>
              <w:t>_______________________________________________________</w:t>
            </w:r>
          </w:p>
        </w:tc>
      </w:tr>
      <w:tr w:rsidR="00C31F43" w14:paraId="44D91534" w14:textId="77777777">
        <w:tc>
          <w:tcPr>
            <w:tcW w:w="28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39845F07" w14:textId="77777777" w:rsidR="00C31F43" w:rsidRDefault="00255415">
            <w:pPr>
              <w:spacing w:after="0"/>
            </w:pPr>
            <w:r>
              <w:rPr>
                <w:b/>
                <w:color w:val="22322A"/>
                <w:sz w:val="20"/>
              </w:rPr>
              <w:t>NI No.</w:t>
            </w:r>
          </w:p>
        </w:tc>
        <w:tc>
          <w:tcPr>
            <w:tcW w:w="656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263E7346" w14:textId="77777777" w:rsidR="00C31F43" w:rsidRDefault="00255415">
            <w:pPr>
              <w:spacing w:after="0"/>
            </w:pPr>
            <w:r>
              <w:rPr>
                <w:color w:val="6B6B6B"/>
                <w:sz w:val="20"/>
              </w:rPr>
              <w:t>_______________________________________________________</w:t>
            </w:r>
          </w:p>
        </w:tc>
      </w:tr>
      <w:tr w:rsidR="00C31F43" w14:paraId="6DDDD269" w14:textId="77777777">
        <w:tc>
          <w:tcPr>
            <w:tcW w:w="28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25" w:type="dxa"/>
              <w:bottom w:w="105" w:type="dxa"/>
              <w:right w:w="125" w:type="dxa"/>
            </w:tcMar>
            <w:vAlign w:val="center"/>
          </w:tcPr>
          <w:p w14:paraId="570F3E63" w14:textId="77777777" w:rsidR="00C31F43" w:rsidRDefault="00255415">
            <w:pPr>
              <w:spacing w:after="0"/>
            </w:pPr>
            <w:r>
              <w:rPr>
                <w:b/>
                <w:color w:val="22322A"/>
                <w:sz w:val="20"/>
              </w:rPr>
              <w:t>Children: Name and D.O.B</w:t>
            </w:r>
          </w:p>
        </w:tc>
        <w:tc>
          <w:tcPr>
            <w:tcW w:w="6560" w:type="dxa"/>
            <w:gridSpan w:val="2"/>
            <w:tcBorders>
              <w:top w:val="single" w:sz="8" w:space="0" w:color="D9E2DE"/>
              <w:left w:val="single" w:sz="8" w:space="0" w:color="D9E2DE"/>
              <w:bottom w:val="single" w:sz="8" w:space="0" w:color="D9E2DE"/>
              <w:right w:val="single" w:sz="8" w:space="0" w:color="D9E2DE"/>
            </w:tcBorders>
            <w:tcMar>
              <w:top w:w="105" w:type="dxa"/>
              <w:left w:w="125" w:type="dxa"/>
              <w:bottom w:w="105" w:type="dxa"/>
              <w:right w:w="125" w:type="dxa"/>
            </w:tcMar>
            <w:vAlign w:val="center"/>
          </w:tcPr>
          <w:p w14:paraId="7ED93547" w14:textId="77777777" w:rsidR="00C31F43" w:rsidRDefault="00255415">
            <w:pPr>
              <w:spacing w:after="0"/>
            </w:pPr>
            <w:r>
              <w:rPr>
                <w:color w:val="6B6B6B"/>
                <w:sz w:val="20"/>
              </w:rPr>
              <w:t>_______________________________________________________</w:t>
            </w:r>
            <w:r>
              <w:rPr>
                <w:color w:val="6B6B6B"/>
                <w:sz w:val="20"/>
              </w:rPr>
              <w:br/>
              <w:t>_______________________________________________________</w:t>
            </w:r>
          </w:p>
        </w:tc>
      </w:tr>
    </w:tbl>
    <w:p w14:paraId="71DDFC74" w14:textId="77777777" w:rsidR="00C31F43" w:rsidRDefault="00C31F43">
      <w:pPr>
        <w:spacing w:after="140"/>
      </w:pPr>
    </w:p>
    <w:tbl>
      <w:tblPr>
        <w:tblW w:w="9360" w:type="dxa"/>
        <w:tblLayout w:type="fixed"/>
        <w:tblLook w:val="04A0" w:firstRow="1" w:lastRow="0" w:firstColumn="1" w:lastColumn="0" w:noHBand="0" w:noVBand="1"/>
      </w:tblPr>
      <w:tblGrid>
        <w:gridCol w:w="2093"/>
        <w:gridCol w:w="2570"/>
        <w:gridCol w:w="2092"/>
        <w:gridCol w:w="2570"/>
        <w:gridCol w:w="35"/>
      </w:tblGrid>
      <w:tr w:rsidR="00C31F43" w14:paraId="44F28421" w14:textId="77777777">
        <w:trPr>
          <w:gridAfter w:val="1"/>
          <w:wAfter w:w="35" w:type="dxa"/>
        </w:trPr>
        <w:tc>
          <w:tcPr>
            <w:tcW w:w="9360" w:type="dxa"/>
            <w:gridSpan w:val="4"/>
            <w:tcBorders>
              <w:top w:val="single" w:sz="6" w:space="0" w:color="145C2C"/>
              <w:left w:val="single" w:sz="6" w:space="0" w:color="145C2C"/>
              <w:bottom w:val="single" w:sz="6" w:space="0" w:color="145C2C"/>
              <w:right w:val="single" w:sz="6" w:space="0" w:color="145C2C"/>
            </w:tcBorders>
            <w:shd w:val="clear" w:color="auto" w:fill="145C2C"/>
            <w:tcMar>
              <w:top w:w="110" w:type="dxa"/>
              <w:left w:w="150" w:type="dxa"/>
              <w:bottom w:w="110" w:type="dxa"/>
              <w:right w:w="150" w:type="dxa"/>
            </w:tcMar>
          </w:tcPr>
          <w:p w14:paraId="6C2AE726" w14:textId="77777777" w:rsidR="00C31F43" w:rsidRDefault="00255415">
            <w:pPr>
              <w:spacing w:after="0"/>
            </w:pPr>
            <w:r>
              <w:rPr>
                <w:b/>
                <w:color w:val="FFFFFF"/>
                <w:sz w:val="24"/>
              </w:rPr>
              <w:t>Employment and Benefits</w:t>
            </w:r>
          </w:p>
        </w:tc>
      </w:tr>
      <w:tr w:rsidR="00C31F43" w14:paraId="38A2DA4A" w14:textId="77777777">
        <w:tc>
          <w:tcPr>
            <w:tcW w:w="21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15" w:type="dxa"/>
              <w:bottom w:w="105" w:type="dxa"/>
              <w:right w:w="115" w:type="dxa"/>
            </w:tcMar>
            <w:vAlign w:val="center"/>
          </w:tcPr>
          <w:p w14:paraId="26C3D269" w14:textId="77777777" w:rsidR="00C31F43" w:rsidRDefault="00255415">
            <w:pPr>
              <w:spacing w:after="0"/>
            </w:pPr>
            <w:r>
              <w:rPr>
                <w:b/>
                <w:color w:val="22322A"/>
                <w:sz w:val="20"/>
              </w:rPr>
              <w:t>Are you working?</w:t>
            </w:r>
          </w:p>
        </w:tc>
        <w:tc>
          <w:tcPr>
            <w:tcW w:w="2580" w:type="dxa"/>
            <w:tcBorders>
              <w:top w:val="single" w:sz="8" w:space="0" w:color="D9E2DE"/>
              <w:left w:val="single" w:sz="8" w:space="0" w:color="D9E2DE"/>
              <w:bottom w:val="single" w:sz="8" w:space="0" w:color="D9E2DE"/>
              <w:right w:val="single" w:sz="8" w:space="0" w:color="D9E2DE"/>
            </w:tcBorders>
            <w:tcMar>
              <w:top w:w="105" w:type="dxa"/>
              <w:left w:w="115" w:type="dxa"/>
              <w:bottom w:w="105" w:type="dxa"/>
              <w:right w:w="115" w:type="dxa"/>
            </w:tcMar>
            <w:vAlign w:val="center"/>
          </w:tcPr>
          <w:p w14:paraId="416BD99D" w14:textId="77777777" w:rsidR="00C31F43" w:rsidRDefault="00255415">
            <w:pPr>
              <w:spacing w:after="0"/>
            </w:pPr>
            <w:r>
              <w:rPr>
                <w:sz w:val="20"/>
              </w:rPr>
              <w:t>[ ] Yes    [ ] No</w:t>
            </w:r>
          </w:p>
        </w:tc>
        <w:tc>
          <w:tcPr>
            <w:tcW w:w="21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15" w:type="dxa"/>
              <w:bottom w:w="105" w:type="dxa"/>
              <w:right w:w="115" w:type="dxa"/>
            </w:tcMar>
            <w:vAlign w:val="center"/>
          </w:tcPr>
          <w:p w14:paraId="61884336" w14:textId="77777777" w:rsidR="00C31F43" w:rsidRDefault="00255415">
            <w:pPr>
              <w:spacing w:after="0"/>
            </w:pPr>
            <w:r>
              <w:rPr>
                <w:b/>
                <w:color w:val="22322A"/>
                <w:sz w:val="20"/>
              </w:rPr>
              <w:t>Are you on benefits?</w:t>
            </w:r>
          </w:p>
        </w:tc>
        <w:tc>
          <w:tcPr>
            <w:tcW w:w="2580" w:type="dxa"/>
            <w:gridSpan w:val="2"/>
            <w:tcBorders>
              <w:top w:val="single" w:sz="8" w:space="0" w:color="D9E2DE"/>
              <w:left w:val="single" w:sz="8" w:space="0" w:color="D9E2DE"/>
              <w:bottom w:val="single" w:sz="8" w:space="0" w:color="D9E2DE"/>
              <w:right w:val="single" w:sz="8" w:space="0" w:color="D9E2DE"/>
            </w:tcBorders>
            <w:tcMar>
              <w:top w:w="105" w:type="dxa"/>
              <w:left w:w="115" w:type="dxa"/>
              <w:bottom w:w="105" w:type="dxa"/>
              <w:right w:w="115" w:type="dxa"/>
            </w:tcMar>
            <w:vAlign w:val="center"/>
          </w:tcPr>
          <w:p w14:paraId="43874D07" w14:textId="77777777" w:rsidR="00C31F43" w:rsidRDefault="00255415">
            <w:pPr>
              <w:spacing w:after="0"/>
            </w:pPr>
            <w:r>
              <w:rPr>
                <w:sz w:val="20"/>
              </w:rPr>
              <w:t>[ ] Yes    [ ] No</w:t>
            </w:r>
          </w:p>
        </w:tc>
      </w:tr>
      <w:tr w:rsidR="00C31F43" w14:paraId="63A2F517" w14:textId="77777777">
        <w:tc>
          <w:tcPr>
            <w:tcW w:w="21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15" w:type="dxa"/>
              <w:bottom w:w="105" w:type="dxa"/>
              <w:right w:w="115" w:type="dxa"/>
            </w:tcMar>
            <w:vAlign w:val="center"/>
          </w:tcPr>
          <w:p w14:paraId="5A9D0D11" w14:textId="77777777" w:rsidR="00C31F43" w:rsidRDefault="00255415">
            <w:pPr>
              <w:spacing w:after="0"/>
            </w:pPr>
            <w:r>
              <w:rPr>
                <w:b/>
                <w:color w:val="22322A"/>
                <w:sz w:val="20"/>
              </w:rPr>
              <w:t>If yes, which benefits?</w:t>
            </w:r>
          </w:p>
        </w:tc>
        <w:tc>
          <w:tcPr>
            <w:tcW w:w="2580" w:type="dxa"/>
            <w:tcBorders>
              <w:top w:val="single" w:sz="8" w:space="0" w:color="D9E2DE"/>
              <w:left w:val="single" w:sz="8" w:space="0" w:color="D9E2DE"/>
              <w:bottom w:val="single" w:sz="8" w:space="0" w:color="D9E2DE"/>
              <w:right w:val="single" w:sz="8" w:space="0" w:color="D9E2DE"/>
            </w:tcBorders>
            <w:tcMar>
              <w:top w:w="105" w:type="dxa"/>
              <w:left w:w="115" w:type="dxa"/>
              <w:bottom w:w="105" w:type="dxa"/>
              <w:right w:w="115" w:type="dxa"/>
            </w:tcMar>
            <w:vAlign w:val="center"/>
          </w:tcPr>
          <w:p w14:paraId="560B2A41" w14:textId="3F3B7D12" w:rsidR="00C31F43" w:rsidRDefault="00255415">
            <w:pPr>
              <w:spacing w:after="0"/>
            </w:pPr>
            <w:r>
              <w:rPr>
                <w:sz w:val="20"/>
              </w:rPr>
              <w:t>[ ] UC    [ ] PIP    [ ] A</w:t>
            </w:r>
            <w:r w:rsidR="00361C41">
              <w:rPr>
                <w:sz w:val="20"/>
              </w:rPr>
              <w:t xml:space="preserve">ttendance Allowance </w:t>
            </w:r>
          </w:p>
        </w:tc>
        <w:tc>
          <w:tcPr>
            <w:tcW w:w="2100" w:type="dxa"/>
            <w:tcBorders>
              <w:top w:val="single" w:sz="8" w:space="0" w:color="D9E2DE"/>
              <w:left w:val="single" w:sz="8" w:space="0" w:color="D9E2DE"/>
              <w:bottom w:val="single" w:sz="8" w:space="0" w:color="D9E2DE"/>
              <w:right w:val="single" w:sz="8" w:space="0" w:color="D9E2DE"/>
            </w:tcBorders>
            <w:shd w:val="clear" w:color="auto" w:fill="FFFFFF"/>
            <w:tcMar>
              <w:top w:w="105" w:type="dxa"/>
              <w:left w:w="115" w:type="dxa"/>
              <w:bottom w:w="105" w:type="dxa"/>
              <w:right w:w="115" w:type="dxa"/>
            </w:tcMar>
            <w:vAlign w:val="center"/>
          </w:tcPr>
          <w:p w14:paraId="0560DABB" w14:textId="77777777" w:rsidR="00C31F43" w:rsidRDefault="00C31F43">
            <w:pPr>
              <w:spacing w:after="0"/>
            </w:pPr>
          </w:p>
        </w:tc>
        <w:tc>
          <w:tcPr>
            <w:tcW w:w="2580" w:type="dxa"/>
            <w:gridSpan w:val="2"/>
            <w:tcBorders>
              <w:top w:val="single" w:sz="8" w:space="0" w:color="D9E2DE"/>
              <w:left w:val="single" w:sz="8" w:space="0" w:color="D9E2DE"/>
              <w:bottom w:val="single" w:sz="8" w:space="0" w:color="D9E2DE"/>
              <w:right w:val="single" w:sz="8" w:space="0" w:color="D9E2DE"/>
            </w:tcBorders>
            <w:tcMar>
              <w:top w:w="105" w:type="dxa"/>
              <w:left w:w="115" w:type="dxa"/>
              <w:bottom w:w="105" w:type="dxa"/>
              <w:right w:w="115" w:type="dxa"/>
            </w:tcMar>
            <w:vAlign w:val="center"/>
          </w:tcPr>
          <w:p w14:paraId="6FB3E69D" w14:textId="77777777" w:rsidR="00C31F43" w:rsidRDefault="00255415">
            <w:pPr>
              <w:spacing w:after="0"/>
            </w:pPr>
            <w:r>
              <w:rPr>
                <w:sz w:val="20"/>
              </w:rPr>
              <w:t>[ ] LCWRA    [ ] Carers    [ ] ESA</w:t>
            </w:r>
          </w:p>
        </w:tc>
      </w:tr>
      <w:tr w:rsidR="00C31F43" w14:paraId="61D5CE22" w14:textId="77777777">
        <w:tc>
          <w:tcPr>
            <w:tcW w:w="2100" w:type="dxa"/>
            <w:tcBorders>
              <w:top w:val="single" w:sz="8" w:space="0" w:color="D9E2DE"/>
              <w:left w:val="single" w:sz="8" w:space="0" w:color="D9E2DE"/>
              <w:bottom w:val="single" w:sz="8" w:space="0" w:color="D9E2DE"/>
              <w:right w:val="single" w:sz="8" w:space="0" w:color="D9E2DE"/>
            </w:tcBorders>
            <w:shd w:val="clear" w:color="auto" w:fill="EAF4EE"/>
            <w:tcMar>
              <w:top w:w="105" w:type="dxa"/>
              <w:left w:w="115" w:type="dxa"/>
              <w:bottom w:w="105" w:type="dxa"/>
              <w:right w:w="115" w:type="dxa"/>
            </w:tcMar>
            <w:vAlign w:val="center"/>
          </w:tcPr>
          <w:p w14:paraId="7DA16E76" w14:textId="77777777" w:rsidR="00C31F43" w:rsidRDefault="00255415">
            <w:pPr>
              <w:spacing w:after="0"/>
            </w:pPr>
            <w:r>
              <w:rPr>
                <w:b/>
                <w:color w:val="22322A"/>
                <w:sz w:val="20"/>
              </w:rPr>
              <w:lastRenderedPageBreak/>
              <w:t>Other benefits / details</w:t>
            </w:r>
          </w:p>
        </w:tc>
        <w:tc>
          <w:tcPr>
            <w:tcW w:w="2580" w:type="dxa"/>
            <w:tcBorders>
              <w:top w:val="single" w:sz="8" w:space="0" w:color="D9E2DE"/>
              <w:left w:val="single" w:sz="8" w:space="0" w:color="D9E2DE"/>
              <w:bottom w:val="single" w:sz="8" w:space="0" w:color="D9E2DE"/>
              <w:right w:val="single" w:sz="8" w:space="0" w:color="D9E2DE"/>
            </w:tcBorders>
            <w:tcMar>
              <w:top w:w="105" w:type="dxa"/>
              <w:left w:w="115" w:type="dxa"/>
              <w:bottom w:w="105" w:type="dxa"/>
              <w:right w:w="115" w:type="dxa"/>
            </w:tcMar>
            <w:vAlign w:val="center"/>
          </w:tcPr>
          <w:p w14:paraId="35178F6B" w14:textId="77777777" w:rsidR="00C31F43" w:rsidRDefault="00255415">
            <w:pPr>
              <w:spacing w:after="0"/>
            </w:pPr>
            <w:r>
              <w:rPr>
                <w:sz w:val="20"/>
              </w:rPr>
              <w:t>_______________________________________________________</w:t>
            </w:r>
          </w:p>
        </w:tc>
        <w:tc>
          <w:tcPr>
            <w:tcW w:w="2100" w:type="dxa"/>
            <w:tcBorders>
              <w:top w:val="single" w:sz="8" w:space="0" w:color="D9E2DE"/>
              <w:left w:val="single" w:sz="8" w:space="0" w:color="D9E2DE"/>
              <w:bottom w:val="single" w:sz="8" w:space="0" w:color="D9E2DE"/>
              <w:right w:val="single" w:sz="8" w:space="0" w:color="D9E2DE"/>
            </w:tcBorders>
            <w:shd w:val="clear" w:color="auto" w:fill="FFFFFF"/>
            <w:tcMar>
              <w:top w:w="105" w:type="dxa"/>
              <w:left w:w="115" w:type="dxa"/>
              <w:bottom w:w="105" w:type="dxa"/>
              <w:right w:w="115" w:type="dxa"/>
            </w:tcMar>
            <w:vAlign w:val="center"/>
          </w:tcPr>
          <w:p w14:paraId="63E5BABC" w14:textId="77777777" w:rsidR="00C31F43" w:rsidRDefault="00C31F43">
            <w:pPr>
              <w:spacing w:after="0"/>
            </w:pPr>
          </w:p>
        </w:tc>
        <w:tc>
          <w:tcPr>
            <w:tcW w:w="2580" w:type="dxa"/>
            <w:gridSpan w:val="2"/>
            <w:tcBorders>
              <w:top w:val="single" w:sz="8" w:space="0" w:color="D9E2DE"/>
              <w:left w:val="single" w:sz="8" w:space="0" w:color="D9E2DE"/>
              <w:bottom w:val="single" w:sz="8" w:space="0" w:color="D9E2DE"/>
              <w:right w:val="single" w:sz="8" w:space="0" w:color="D9E2DE"/>
            </w:tcBorders>
            <w:tcMar>
              <w:top w:w="105" w:type="dxa"/>
              <w:left w:w="115" w:type="dxa"/>
              <w:bottom w:w="105" w:type="dxa"/>
              <w:right w:w="115" w:type="dxa"/>
            </w:tcMar>
            <w:vAlign w:val="center"/>
          </w:tcPr>
          <w:p w14:paraId="7F39A758" w14:textId="77777777" w:rsidR="00C31F43" w:rsidRDefault="00255415">
            <w:pPr>
              <w:spacing w:after="0"/>
            </w:pPr>
            <w:r>
              <w:rPr>
                <w:sz w:val="20"/>
              </w:rPr>
              <w:t>_______________________________________________________</w:t>
            </w:r>
          </w:p>
        </w:tc>
      </w:tr>
    </w:tbl>
    <w:p w14:paraId="6251CF3B" w14:textId="77777777" w:rsidR="00C31F43" w:rsidRDefault="00C31F43">
      <w:pPr>
        <w:spacing w:after="140"/>
      </w:pPr>
    </w:p>
    <w:tbl>
      <w:tblPr>
        <w:tblW w:w="9360" w:type="dxa"/>
        <w:tblLayout w:type="fixed"/>
        <w:tblLook w:val="04A0" w:firstRow="1" w:lastRow="0" w:firstColumn="1" w:lastColumn="0" w:noHBand="0" w:noVBand="1"/>
      </w:tblPr>
      <w:tblGrid>
        <w:gridCol w:w="3116"/>
        <w:gridCol w:w="3117"/>
        <w:gridCol w:w="3117"/>
        <w:gridCol w:w="10"/>
      </w:tblGrid>
      <w:tr w:rsidR="00C31F43" w14:paraId="3840CA12" w14:textId="77777777">
        <w:trPr>
          <w:gridAfter w:val="1"/>
          <w:wAfter w:w="10" w:type="dxa"/>
        </w:trPr>
        <w:tc>
          <w:tcPr>
            <w:tcW w:w="9360" w:type="dxa"/>
            <w:gridSpan w:val="3"/>
            <w:tcBorders>
              <w:top w:val="single" w:sz="6" w:space="0" w:color="0E6E7A"/>
              <w:left w:val="single" w:sz="6" w:space="0" w:color="0E6E7A"/>
              <w:bottom w:val="single" w:sz="6" w:space="0" w:color="0E6E7A"/>
              <w:right w:val="single" w:sz="6" w:space="0" w:color="0E6E7A"/>
            </w:tcBorders>
            <w:shd w:val="clear" w:color="auto" w:fill="0E6E7A"/>
            <w:tcMar>
              <w:top w:w="110" w:type="dxa"/>
              <w:left w:w="150" w:type="dxa"/>
              <w:bottom w:w="110" w:type="dxa"/>
              <w:right w:w="150" w:type="dxa"/>
            </w:tcMar>
          </w:tcPr>
          <w:p w14:paraId="77880550" w14:textId="77777777" w:rsidR="00C31F43" w:rsidRDefault="00255415">
            <w:pPr>
              <w:spacing w:after="0"/>
            </w:pPr>
            <w:r>
              <w:rPr>
                <w:b/>
                <w:color w:val="FFFFFF"/>
                <w:sz w:val="24"/>
              </w:rPr>
              <w:t>Support Needed</w:t>
            </w:r>
          </w:p>
        </w:tc>
      </w:tr>
      <w:tr w:rsidR="00C31F43" w14:paraId="7AD743D3" w14:textId="77777777">
        <w:tc>
          <w:tcPr>
            <w:tcW w:w="3120" w:type="dxa"/>
            <w:tcBorders>
              <w:top w:val="single" w:sz="8" w:space="0" w:color="D9E2DE"/>
              <w:left w:val="single" w:sz="8" w:space="0" w:color="D9E2DE"/>
              <w:bottom w:val="single" w:sz="8" w:space="0" w:color="D9E2DE"/>
              <w:right w:val="single" w:sz="8" w:space="0" w:color="D9E2DE"/>
            </w:tcBorders>
            <w:shd w:val="clear" w:color="auto" w:fill="EAF6F7"/>
            <w:tcMar>
              <w:top w:w="130" w:type="dxa"/>
              <w:left w:w="140" w:type="dxa"/>
              <w:bottom w:w="130" w:type="dxa"/>
              <w:right w:w="140" w:type="dxa"/>
            </w:tcMar>
            <w:vAlign w:val="center"/>
          </w:tcPr>
          <w:p w14:paraId="2894DFB2" w14:textId="77777777" w:rsidR="00C31F43" w:rsidRDefault="00255415">
            <w:pPr>
              <w:spacing w:after="0"/>
            </w:pPr>
            <w:r>
              <w:rPr>
                <w:b/>
                <w:color w:val="22322A"/>
              </w:rPr>
              <w:t>[ ] Housing</w:t>
            </w:r>
          </w:p>
        </w:tc>
        <w:tc>
          <w:tcPr>
            <w:tcW w:w="3120" w:type="dxa"/>
            <w:tcBorders>
              <w:top w:val="single" w:sz="8" w:space="0" w:color="D9E2DE"/>
              <w:left w:val="single" w:sz="8" w:space="0" w:color="D9E2DE"/>
              <w:bottom w:val="single" w:sz="8" w:space="0" w:color="D9E2DE"/>
              <w:right w:val="single" w:sz="8" w:space="0" w:color="D9E2DE"/>
            </w:tcBorders>
            <w:shd w:val="clear" w:color="auto" w:fill="EAF6F7"/>
            <w:tcMar>
              <w:top w:w="130" w:type="dxa"/>
              <w:left w:w="140" w:type="dxa"/>
              <w:bottom w:w="130" w:type="dxa"/>
              <w:right w:w="140" w:type="dxa"/>
            </w:tcMar>
            <w:vAlign w:val="center"/>
          </w:tcPr>
          <w:p w14:paraId="72566A41" w14:textId="77777777" w:rsidR="00C31F43" w:rsidRDefault="00255415">
            <w:pPr>
              <w:spacing w:after="0"/>
            </w:pPr>
            <w:r>
              <w:rPr>
                <w:b/>
                <w:color w:val="22322A"/>
              </w:rPr>
              <w:t>[ ] Benefits</w:t>
            </w:r>
          </w:p>
        </w:tc>
        <w:tc>
          <w:tcPr>
            <w:tcW w:w="3120" w:type="dxa"/>
            <w:gridSpan w:val="2"/>
            <w:tcBorders>
              <w:top w:val="single" w:sz="8" w:space="0" w:color="D9E2DE"/>
              <w:left w:val="single" w:sz="8" w:space="0" w:color="D9E2DE"/>
              <w:bottom w:val="single" w:sz="8" w:space="0" w:color="D9E2DE"/>
              <w:right w:val="single" w:sz="8" w:space="0" w:color="D9E2DE"/>
            </w:tcBorders>
            <w:shd w:val="clear" w:color="auto" w:fill="EAF6F7"/>
            <w:tcMar>
              <w:top w:w="130" w:type="dxa"/>
              <w:left w:w="140" w:type="dxa"/>
              <w:bottom w:w="130" w:type="dxa"/>
              <w:right w:w="140" w:type="dxa"/>
            </w:tcMar>
            <w:vAlign w:val="center"/>
          </w:tcPr>
          <w:p w14:paraId="78374176" w14:textId="18D7A51F" w:rsidR="00C31F43" w:rsidRDefault="00255415">
            <w:pPr>
              <w:spacing w:after="0"/>
            </w:pPr>
            <w:r>
              <w:rPr>
                <w:b/>
                <w:color w:val="22322A"/>
              </w:rPr>
              <w:t xml:space="preserve">[ </w:t>
            </w:r>
            <w:r w:rsidR="007B4FFC">
              <w:rPr>
                <w:b/>
                <w:color w:val="22322A"/>
              </w:rPr>
              <w:t>X</w:t>
            </w:r>
            <w:r>
              <w:rPr>
                <w:b/>
                <w:color w:val="22322A"/>
              </w:rPr>
              <w:t>] Non-Regulated Debt Advice</w:t>
            </w:r>
          </w:p>
        </w:tc>
      </w:tr>
      <w:tr w:rsidR="00C31F43" w14:paraId="7537F0FA" w14:textId="77777777">
        <w:tc>
          <w:tcPr>
            <w:tcW w:w="9360" w:type="dxa"/>
            <w:gridSpan w:val="4"/>
            <w:tcBorders>
              <w:top w:val="single" w:sz="8" w:space="0" w:color="FDB913"/>
              <w:left w:val="single" w:sz="8" w:space="0" w:color="FDB913"/>
              <w:bottom w:val="single" w:sz="8" w:space="0" w:color="FDB913"/>
              <w:right w:val="single" w:sz="8" w:space="0" w:color="FDB913"/>
            </w:tcBorders>
            <w:shd w:val="clear" w:color="auto" w:fill="FFF5D6"/>
            <w:tcMar>
              <w:top w:w="110" w:type="dxa"/>
              <w:left w:w="140" w:type="dxa"/>
              <w:bottom w:w="110" w:type="dxa"/>
              <w:right w:w="140" w:type="dxa"/>
            </w:tcMar>
          </w:tcPr>
          <w:p w14:paraId="2F51EE83" w14:textId="77777777" w:rsidR="00C31F43" w:rsidRDefault="00255415">
            <w:pPr>
              <w:spacing w:after="0"/>
            </w:pPr>
            <w:r>
              <w:rPr>
                <w:color w:val="22322A"/>
                <w:sz w:val="20"/>
              </w:rPr>
              <w:t>Please select the areas where the client needs support (check all that apply).</w:t>
            </w:r>
          </w:p>
        </w:tc>
      </w:tr>
    </w:tbl>
    <w:p w14:paraId="7E249B68" w14:textId="77777777" w:rsidR="00C31F43" w:rsidRDefault="00C31F43">
      <w:pPr>
        <w:spacing w:after="120"/>
      </w:pPr>
    </w:p>
    <w:tbl>
      <w:tblPr>
        <w:tblW w:w="9360" w:type="dxa"/>
        <w:tblLayout w:type="fixed"/>
        <w:tblLook w:val="04A0" w:firstRow="1" w:lastRow="0" w:firstColumn="1" w:lastColumn="0" w:noHBand="0" w:noVBand="1"/>
      </w:tblPr>
      <w:tblGrid>
        <w:gridCol w:w="9360"/>
      </w:tblGrid>
      <w:tr w:rsidR="00C31F43" w14:paraId="66C3019B" w14:textId="77777777">
        <w:tc>
          <w:tcPr>
            <w:tcW w:w="9360" w:type="dxa"/>
            <w:tcBorders>
              <w:top w:val="single" w:sz="6" w:space="0" w:color="0E6E7A"/>
              <w:left w:val="single" w:sz="6" w:space="0" w:color="0E6E7A"/>
              <w:bottom w:val="single" w:sz="6" w:space="0" w:color="0E6E7A"/>
              <w:right w:val="single" w:sz="6" w:space="0" w:color="0E6E7A"/>
            </w:tcBorders>
            <w:shd w:val="clear" w:color="auto" w:fill="0E6E7A"/>
            <w:tcMar>
              <w:top w:w="110" w:type="dxa"/>
              <w:left w:w="150" w:type="dxa"/>
              <w:bottom w:w="110" w:type="dxa"/>
              <w:right w:w="150" w:type="dxa"/>
            </w:tcMar>
          </w:tcPr>
          <w:p w14:paraId="5D6AD6E5" w14:textId="77777777" w:rsidR="00C31F43" w:rsidRDefault="00255415">
            <w:pPr>
              <w:spacing w:after="0"/>
            </w:pPr>
            <w:r>
              <w:rPr>
                <w:b/>
                <w:color w:val="FFFFFF"/>
                <w:sz w:val="24"/>
              </w:rPr>
              <w:t>Details of Support Needed</w:t>
            </w:r>
          </w:p>
        </w:tc>
      </w:tr>
    </w:tbl>
    <w:p w14:paraId="62217F28" w14:textId="77777777" w:rsidR="00C31F43" w:rsidRDefault="00255415">
      <w:pPr>
        <w:spacing w:after="100"/>
      </w:pPr>
      <w:r>
        <w:rPr>
          <w:b/>
          <w:color w:val="22322A"/>
          <w:sz w:val="20"/>
        </w:rPr>
        <w:t>Please provide specific details about the support needed in the selected areas:</w:t>
      </w:r>
    </w:p>
    <w:tbl>
      <w:tblPr>
        <w:tblW w:w="9360" w:type="dxa"/>
        <w:tblLayout w:type="fixed"/>
        <w:tblLook w:val="04A0" w:firstRow="1" w:lastRow="0" w:firstColumn="1" w:lastColumn="0" w:noHBand="0" w:noVBand="1"/>
      </w:tblPr>
      <w:tblGrid>
        <w:gridCol w:w="9360"/>
      </w:tblGrid>
      <w:tr w:rsidR="00C31F43" w14:paraId="35F07CB1" w14:textId="77777777">
        <w:tc>
          <w:tcPr>
            <w:tcW w:w="9360" w:type="dxa"/>
            <w:tcBorders>
              <w:top w:val="single" w:sz="8" w:space="0" w:color="D9E2DE"/>
              <w:left w:val="single" w:sz="8" w:space="0" w:color="D9E2DE"/>
              <w:bottom w:val="single" w:sz="8" w:space="0" w:color="D9E2DE"/>
              <w:right w:val="single" w:sz="8" w:space="0" w:color="D9E2DE"/>
            </w:tcBorders>
            <w:tcMar>
              <w:top w:w="120" w:type="dxa"/>
              <w:left w:w="140" w:type="dxa"/>
              <w:bottom w:w="120" w:type="dxa"/>
              <w:right w:w="140" w:type="dxa"/>
            </w:tcMar>
          </w:tcPr>
          <w:p w14:paraId="3A18184B" w14:textId="77777777" w:rsidR="00C31F43" w:rsidRDefault="00255415">
            <w:pPr>
              <w:spacing w:after="60"/>
            </w:pPr>
            <w:r>
              <w:rPr>
                <w:b/>
                <w:color w:val="0E6E7A"/>
              </w:rPr>
              <w:t>Housing Support:</w:t>
            </w:r>
          </w:p>
          <w:p w14:paraId="4968CB43" w14:textId="77777777" w:rsidR="00C31F43" w:rsidRDefault="00255415">
            <w:pPr>
              <w:spacing w:after="40"/>
            </w:pPr>
            <w:r>
              <w:rPr>
                <w:color w:val="7A7A7A"/>
                <w:sz w:val="19"/>
              </w:rPr>
              <w:t>____________________________________________________________________________________________</w:t>
            </w:r>
          </w:p>
          <w:p w14:paraId="544AB742" w14:textId="77777777" w:rsidR="00C31F43" w:rsidRDefault="00255415">
            <w:pPr>
              <w:spacing w:after="40"/>
            </w:pPr>
            <w:r>
              <w:rPr>
                <w:color w:val="7A7A7A"/>
                <w:sz w:val="19"/>
              </w:rPr>
              <w:t>____________________________________________________________________________________________</w:t>
            </w:r>
          </w:p>
          <w:p w14:paraId="51654AB9" w14:textId="77777777" w:rsidR="00C31F43" w:rsidRDefault="00255415">
            <w:pPr>
              <w:spacing w:after="40"/>
            </w:pPr>
            <w:r>
              <w:rPr>
                <w:color w:val="7A7A7A"/>
                <w:sz w:val="19"/>
              </w:rPr>
              <w:t>____________________________________________________________________________________________</w:t>
            </w:r>
          </w:p>
        </w:tc>
      </w:tr>
      <w:tr w:rsidR="00C31F43" w14:paraId="55D3C992" w14:textId="77777777">
        <w:tc>
          <w:tcPr>
            <w:tcW w:w="9360" w:type="dxa"/>
            <w:tcBorders>
              <w:top w:val="single" w:sz="8" w:space="0" w:color="D9E2DE"/>
              <w:left w:val="single" w:sz="8" w:space="0" w:color="D9E2DE"/>
              <w:bottom w:val="single" w:sz="8" w:space="0" w:color="D9E2DE"/>
              <w:right w:val="single" w:sz="8" w:space="0" w:color="D9E2DE"/>
            </w:tcBorders>
            <w:tcMar>
              <w:top w:w="120" w:type="dxa"/>
              <w:left w:w="140" w:type="dxa"/>
              <w:bottom w:w="120" w:type="dxa"/>
              <w:right w:w="140" w:type="dxa"/>
            </w:tcMar>
          </w:tcPr>
          <w:p w14:paraId="65EC51D7" w14:textId="77777777" w:rsidR="00C31F43" w:rsidRDefault="00255415">
            <w:pPr>
              <w:spacing w:after="60"/>
            </w:pPr>
            <w:r>
              <w:rPr>
                <w:b/>
                <w:color w:val="0E6E7A"/>
              </w:rPr>
              <w:t>Benefits:</w:t>
            </w:r>
          </w:p>
          <w:p w14:paraId="360C8025" w14:textId="77777777" w:rsidR="00C31F43" w:rsidRDefault="00255415">
            <w:pPr>
              <w:spacing w:after="40"/>
            </w:pPr>
            <w:r>
              <w:rPr>
                <w:color w:val="7A7A7A"/>
                <w:sz w:val="19"/>
              </w:rPr>
              <w:t>____________________________________________________________________________________________</w:t>
            </w:r>
          </w:p>
          <w:p w14:paraId="189CD985" w14:textId="77777777" w:rsidR="00C31F43" w:rsidRDefault="00255415">
            <w:pPr>
              <w:spacing w:after="40"/>
            </w:pPr>
            <w:r>
              <w:rPr>
                <w:color w:val="7A7A7A"/>
                <w:sz w:val="19"/>
              </w:rPr>
              <w:t>____________________________________________________________________________________________</w:t>
            </w:r>
          </w:p>
          <w:p w14:paraId="54518122" w14:textId="77777777" w:rsidR="00C31F43" w:rsidRDefault="00255415">
            <w:pPr>
              <w:spacing w:after="40"/>
            </w:pPr>
            <w:r>
              <w:rPr>
                <w:color w:val="7A7A7A"/>
                <w:sz w:val="19"/>
              </w:rPr>
              <w:t>____________________________________________________________________________________________</w:t>
            </w:r>
          </w:p>
        </w:tc>
      </w:tr>
      <w:tr w:rsidR="00C31F43" w14:paraId="6CF32762" w14:textId="77777777">
        <w:tc>
          <w:tcPr>
            <w:tcW w:w="9360" w:type="dxa"/>
            <w:tcBorders>
              <w:top w:val="single" w:sz="8" w:space="0" w:color="D9E2DE"/>
              <w:left w:val="single" w:sz="8" w:space="0" w:color="D9E2DE"/>
              <w:bottom w:val="single" w:sz="8" w:space="0" w:color="D9E2DE"/>
              <w:right w:val="single" w:sz="8" w:space="0" w:color="D9E2DE"/>
            </w:tcBorders>
            <w:tcMar>
              <w:top w:w="120" w:type="dxa"/>
              <w:left w:w="140" w:type="dxa"/>
              <w:bottom w:w="120" w:type="dxa"/>
              <w:right w:w="140" w:type="dxa"/>
            </w:tcMar>
          </w:tcPr>
          <w:p w14:paraId="38E8C62C" w14:textId="77777777" w:rsidR="00C31F43" w:rsidRDefault="00255415">
            <w:pPr>
              <w:spacing w:after="60"/>
            </w:pPr>
            <w:r>
              <w:rPr>
                <w:b/>
                <w:color w:val="0E6E7A"/>
              </w:rPr>
              <w:t>Non-Regulated Debt Advice:</w:t>
            </w:r>
          </w:p>
          <w:p w14:paraId="5507618C" w14:textId="23A3B697" w:rsidR="00C31F43" w:rsidRDefault="00255415">
            <w:pPr>
              <w:spacing w:after="40"/>
            </w:pPr>
            <w:r>
              <w:rPr>
                <w:color w:val="7A7A7A"/>
                <w:sz w:val="19"/>
              </w:rPr>
              <w:t>____</w:t>
            </w:r>
            <w:r w:rsidR="00FE7684">
              <w:rPr>
                <w:color w:val="7A7A7A"/>
                <w:sz w:val="19"/>
              </w:rPr>
              <w:t xml:space="preserve">Shannon needs support with council tax. She </w:t>
            </w:r>
            <w:r w:rsidR="0006515D">
              <w:rPr>
                <w:color w:val="7A7A7A"/>
                <w:sz w:val="19"/>
              </w:rPr>
              <w:t xml:space="preserve">secured </w:t>
            </w:r>
            <w:r w:rsidR="00FE7684">
              <w:rPr>
                <w:color w:val="7A7A7A"/>
                <w:sz w:val="19"/>
              </w:rPr>
              <w:t xml:space="preserve">her property on </w:t>
            </w:r>
            <w:r w:rsidR="0006515D">
              <w:rPr>
                <w:color w:val="7A7A7A"/>
                <w:sz w:val="19"/>
              </w:rPr>
              <w:t>8</w:t>
            </w:r>
            <w:r w:rsidR="0006515D" w:rsidRPr="0006515D">
              <w:rPr>
                <w:color w:val="7A7A7A"/>
                <w:sz w:val="19"/>
                <w:vertAlign w:val="superscript"/>
              </w:rPr>
              <w:t>th</w:t>
            </w:r>
            <w:r w:rsidR="0006515D">
              <w:rPr>
                <w:color w:val="7A7A7A"/>
                <w:sz w:val="19"/>
              </w:rPr>
              <w:t xml:space="preserve"> October 2025.</w:t>
            </w:r>
            <w:r w:rsidR="00034274">
              <w:rPr>
                <w:color w:val="7A7A7A"/>
                <w:sz w:val="19"/>
              </w:rPr>
              <w:t xml:space="preserve"> And has been paying the premium </w:t>
            </w:r>
            <w:r w:rsidR="006052B5">
              <w:rPr>
                <w:color w:val="7A7A7A"/>
                <w:sz w:val="19"/>
              </w:rPr>
              <w:t xml:space="preserve">for unoccupied property. Shannon </w:t>
            </w:r>
            <w:r w:rsidR="003A55FF">
              <w:rPr>
                <w:color w:val="7A7A7A"/>
                <w:sz w:val="19"/>
              </w:rPr>
              <w:t>advised that she has been charged council tax from February 2025. Needs help in finding out if there is any</w:t>
            </w:r>
            <w:r w:rsidR="004D0B76">
              <w:rPr>
                <w:color w:val="7A7A7A"/>
                <w:sz w:val="19"/>
              </w:rPr>
              <w:t xml:space="preserve">thing that can be done. </w:t>
            </w:r>
            <w:r w:rsidR="00034274">
              <w:rPr>
                <w:color w:val="7A7A7A"/>
                <w:sz w:val="19"/>
              </w:rPr>
              <w:t xml:space="preserve"> </w:t>
            </w:r>
            <w:r>
              <w:rPr>
                <w:color w:val="7A7A7A"/>
                <w:sz w:val="19"/>
              </w:rPr>
              <w:t>_______________________________________________________________________________________</w:t>
            </w:r>
          </w:p>
          <w:p w14:paraId="1736105A" w14:textId="77777777" w:rsidR="00C31F43" w:rsidRDefault="00255415">
            <w:pPr>
              <w:spacing w:after="40"/>
            </w:pPr>
            <w:r>
              <w:rPr>
                <w:color w:val="7A7A7A"/>
                <w:sz w:val="19"/>
              </w:rPr>
              <w:t>____________________________________________________________________________________________</w:t>
            </w:r>
          </w:p>
          <w:p w14:paraId="101E1408" w14:textId="77777777" w:rsidR="00C31F43" w:rsidRDefault="00255415">
            <w:pPr>
              <w:spacing w:after="40"/>
            </w:pPr>
            <w:r>
              <w:rPr>
                <w:color w:val="7A7A7A"/>
                <w:sz w:val="19"/>
              </w:rPr>
              <w:t>____________________________________________________________________________________________</w:t>
            </w:r>
          </w:p>
        </w:tc>
      </w:tr>
    </w:tbl>
    <w:p w14:paraId="473AC872" w14:textId="77777777" w:rsidR="00C31F43" w:rsidRDefault="00C31F43">
      <w:pPr>
        <w:sectPr w:rsidR="00C31F43">
          <w:footerReference w:type="default" r:id="rId12"/>
          <w:pgSz w:w="11906" w:h="16838"/>
          <w:pgMar w:top="765" w:right="907" w:bottom="737" w:left="907" w:header="720" w:footer="720" w:gutter="0"/>
          <w:cols w:space="720"/>
          <w:docGrid w:linePitch="360"/>
        </w:sectPr>
      </w:pPr>
    </w:p>
    <w:tbl>
      <w:tblPr>
        <w:tblW w:w="9360" w:type="dxa"/>
        <w:tblLayout w:type="fixed"/>
        <w:tblLook w:val="04A0" w:firstRow="1" w:lastRow="0" w:firstColumn="1" w:lastColumn="0" w:noHBand="0" w:noVBand="1"/>
      </w:tblPr>
      <w:tblGrid>
        <w:gridCol w:w="9350"/>
        <w:gridCol w:w="10"/>
      </w:tblGrid>
      <w:tr w:rsidR="00C31F43" w14:paraId="72E8D724" w14:textId="77777777">
        <w:tc>
          <w:tcPr>
            <w:tcW w:w="9360" w:type="dxa"/>
            <w:gridSpan w:val="2"/>
            <w:tcBorders>
              <w:top w:val="single" w:sz="6" w:space="0" w:color="145C2C"/>
              <w:left w:val="single" w:sz="6" w:space="0" w:color="145C2C"/>
              <w:bottom w:val="single" w:sz="6" w:space="0" w:color="145C2C"/>
              <w:right w:val="single" w:sz="6" w:space="0" w:color="145C2C"/>
            </w:tcBorders>
            <w:shd w:val="clear" w:color="auto" w:fill="145C2C"/>
            <w:tcMar>
              <w:top w:w="110" w:type="dxa"/>
              <w:left w:w="150" w:type="dxa"/>
              <w:bottom w:w="110" w:type="dxa"/>
              <w:right w:w="150" w:type="dxa"/>
            </w:tcMar>
          </w:tcPr>
          <w:p w14:paraId="3528A258" w14:textId="77777777" w:rsidR="00C31F43" w:rsidRDefault="00255415">
            <w:pPr>
              <w:spacing w:after="0"/>
            </w:pPr>
            <w:r>
              <w:rPr>
                <w:b/>
                <w:color w:val="FFFFFF"/>
                <w:sz w:val="24"/>
              </w:rPr>
              <w:lastRenderedPageBreak/>
              <w:t>Client Consent</w:t>
            </w:r>
          </w:p>
        </w:tc>
      </w:tr>
      <w:tr w:rsidR="00C31F43" w14:paraId="34D455F4" w14:textId="77777777">
        <w:trPr>
          <w:gridAfter w:val="1"/>
          <w:wAfter w:w="10" w:type="dxa"/>
        </w:trPr>
        <w:tc>
          <w:tcPr>
            <w:tcW w:w="9360" w:type="dxa"/>
            <w:tcBorders>
              <w:top w:val="single" w:sz="8" w:space="0" w:color="D9E2DE"/>
              <w:left w:val="single" w:sz="8" w:space="0" w:color="D9E2DE"/>
              <w:bottom w:val="single" w:sz="8" w:space="0" w:color="D9E2DE"/>
              <w:right w:val="single" w:sz="8" w:space="0" w:color="D9E2DE"/>
            </w:tcBorders>
            <w:shd w:val="clear" w:color="auto" w:fill="EAF6F7"/>
            <w:tcMar>
              <w:top w:w="140" w:type="dxa"/>
              <w:left w:w="160" w:type="dxa"/>
              <w:bottom w:w="140" w:type="dxa"/>
              <w:right w:w="160" w:type="dxa"/>
            </w:tcMar>
          </w:tcPr>
          <w:p w14:paraId="699283BA" w14:textId="77777777" w:rsidR="00C31F43" w:rsidRDefault="00255415">
            <w:pPr>
              <w:spacing w:after="0"/>
            </w:pPr>
            <w:r>
              <w:t>By signing below, the client confirms that they consent to the referral and the sharing of their personal information with MHDA for the purpose of receiving support in the areas specified. The client understands that their information will be managed in accordance with data protection laws.</w:t>
            </w:r>
          </w:p>
        </w:tc>
      </w:tr>
    </w:tbl>
    <w:p w14:paraId="50F2543F" w14:textId="77777777" w:rsidR="00C31F43" w:rsidRDefault="00C31F43">
      <w:pPr>
        <w:spacing w:after="120"/>
      </w:pPr>
    </w:p>
    <w:tbl>
      <w:tblPr>
        <w:tblW w:w="9360" w:type="dxa"/>
        <w:tblLayout w:type="fixed"/>
        <w:tblLook w:val="04A0" w:firstRow="1" w:lastRow="0" w:firstColumn="1" w:lastColumn="0" w:noHBand="0" w:noVBand="1"/>
      </w:tblPr>
      <w:tblGrid>
        <w:gridCol w:w="2100"/>
        <w:gridCol w:w="3380"/>
        <w:gridCol w:w="1050"/>
        <w:gridCol w:w="2830"/>
      </w:tblGrid>
      <w:tr w:rsidR="00C31F43" w14:paraId="38FD91B6" w14:textId="77777777">
        <w:tc>
          <w:tcPr>
            <w:tcW w:w="21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7B96D039" w14:textId="77777777" w:rsidR="00C31F43" w:rsidRDefault="00255415">
            <w:pPr>
              <w:spacing w:after="0"/>
            </w:pPr>
            <w:r>
              <w:rPr>
                <w:b/>
                <w:color w:val="22322A"/>
                <w:sz w:val="20"/>
              </w:rPr>
              <w:t>Client Signature:</w:t>
            </w:r>
          </w:p>
        </w:tc>
        <w:tc>
          <w:tcPr>
            <w:tcW w:w="338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63BF04A7" w14:textId="77777777" w:rsidR="00C31F43" w:rsidRDefault="00255415">
            <w:pPr>
              <w:spacing w:after="0"/>
            </w:pPr>
            <w:r>
              <w:rPr>
                <w:color w:val="7A7A7A"/>
                <w:sz w:val="20"/>
              </w:rPr>
              <w:t>____________________________________</w:t>
            </w:r>
          </w:p>
        </w:tc>
        <w:tc>
          <w:tcPr>
            <w:tcW w:w="105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322274E1" w14:textId="77777777" w:rsidR="00C31F43" w:rsidRDefault="00255415">
            <w:pPr>
              <w:spacing w:after="0"/>
            </w:pPr>
            <w:r>
              <w:rPr>
                <w:b/>
                <w:color w:val="22322A"/>
                <w:sz w:val="20"/>
              </w:rPr>
              <w:t>Date:</w:t>
            </w:r>
          </w:p>
        </w:tc>
        <w:tc>
          <w:tcPr>
            <w:tcW w:w="283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6EEA9907" w14:textId="77777777" w:rsidR="00C31F43" w:rsidRDefault="00255415">
            <w:pPr>
              <w:spacing w:after="0"/>
            </w:pPr>
            <w:r>
              <w:rPr>
                <w:color w:val="7A7A7A"/>
                <w:sz w:val="20"/>
              </w:rPr>
              <w:t>____________________________</w:t>
            </w:r>
          </w:p>
        </w:tc>
      </w:tr>
    </w:tbl>
    <w:p w14:paraId="72CBC9CE" w14:textId="77777777" w:rsidR="00C31F43" w:rsidRDefault="00C31F43">
      <w:pPr>
        <w:spacing w:after="240"/>
      </w:pPr>
    </w:p>
    <w:tbl>
      <w:tblPr>
        <w:tblW w:w="9360" w:type="dxa"/>
        <w:tblLayout w:type="fixed"/>
        <w:tblLook w:val="04A0" w:firstRow="1" w:lastRow="0" w:firstColumn="1" w:lastColumn="0" w:noHBand="0" w:noVBand="1"/>
      </w:tblPr>
      <w:tblGrid>
        <w:gridCol w:w="9360"/>
      </w:tblGrid>
      <w:tr w:rsidR="00C31F43" w14:paraId="0A66FAD5" w14:textId="77777777">
        <w:tc>
          <w:tcPr>
            <w:tcW w:w="9360" w:type="dxa"/>
            <w:tcBorders>
              <w:top w:val="single" w:sz="6" w:space="0" w:color="0E6E7A"/>
              <w:left w:val="single" w:sz="6" w:space="0" w:color="0E6E7A"/>
              <w:bottom w:val="single" w:sz="6" w:space="0" w:color="0E6E7A"/>
              <w:right w:val="single" w:sz="6" w:space="0" w:color="0E6E7A"/>
            </w:tcBorders>
            <w:shd w:val="clear" w:color="auto" w:fill="0E6E7A"/>
            <w:tcMar>
              <w:top w:w="110" w:type="dxa"/>
              <w:left w:w="150" w:type="dxa"/>
              <w:bottom w:w="110" w:type="dxa"/>
              <w:right w:w="150" w:type="dxa"/>
            </w:tcMar>
          </w:tcPr>
          <w:p w14:paraId="0F09EA1C" w14:textId="77777777" w:rsidR="00C31F43" w:rsidRDefault="00255415">
            <w:pPr>
              <w:spacing w:after="0"/>
            </w:pPr>
            <w:r>
              <w:rPr>
                <w:b/>
                <w:color w:val="FFFFFF"/>
                <w:sz w:val="24"/>
              </w:rPr>
              <w:t>Referring Organisation / Individual Declaration</w:t>
            </w:r>
          </w:p>
        </w:tc>
      </w:tr>
    </w:tbl>
    <w:p w14:paraId="2BB17BDF" w14:textId="77777777" w:rsidR="00C31F43" w:rsidRDefault="00255415">
      <w:pPr>
        <w:spacing w:after="140"/>
      </w:pPr>
      <w:r>
        <w:t>By signing below, the referring organisation/individual confirms that they have obtained the client's consent for this referral and the sharing of their personal information with MHDA.</w:t>
      </w:r>
    </w:p>
    <w:tbl>
      <w:tblPr>
        <w:tblW w:w="9360" w:type="dxa"/>
        <w:tblLayout w:type="fixed"/>
        <w:tblLook w:val="04A0" w:firstRow="1" w:lastRow="0" w:firstColumn="1" w:lastColumn="0" w:noHBand="0" w:noVBand="1"/>
      </w:tblPr>
      <w:tblGrid>
        <w:gridCol w:w="2100"/>
        <w:gridCol w:w="3380"/>
        <w:gridCol w:w="1050"/>
        <w:gridCol w:w="2830"/>
      </w:tblGrid>
      <w:tr w:rsidR="00C31F43" w14:paraId="02178EF2" w14:textId="77777777">
        <w:tc>
          <w:tcPr>
            <w:tcW w:w="210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52E9E038" w14:textId="77777777" w:rsidR="00C31F43" w:rsidRDefault="00255415">
            <w:pPr>
              <w:spacing w:after="0"/>
            </w:pPr>
            <w:r>
              <w:rPr>
                <w:b/>
                <w:color w:val="22322A"/>
                <w:sz w:val="20"/>
              </w:rPr>
              <w:t>Referrer Signature:</w:t>
            </w:r>
          </w:p>
        </w:tc>
        <w:tc>
          <w:tcPr>
            <w:tcW w:w="338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714BA5BF" w14:textId="77777777" w:rsidR="00C31F43" w:rsidRDefault="00255415">
            <w:pPr>
              <w:spacing w:after="0"/>
            </w:pPr>
            <w:r>
              <w:rPr>
                <w:color w:val="7A7A7A"/>
                <w:sz w:val="20"/>
              </w:rPr>
              <w:t>____________________________________</w:t>
            </w:r>
          </w:p>
        </w:tc>
        <w:tc>
          <w:tcPr>
            <w:tcW w:w="1050" w:type="dxa"/>
            <w:tcBorders>
              <w:top w:val="single" w:sz="8" w:space="0" w:color="D9E2DE"/>
              <w:left w:val="single" w:sz="8" w:space="0" w:color="D9E2DE"/>
              <w:bottom w:val="single" w:sz="8" w:space="0" w:color="D9E2DE"/>
              <w:right w:val="single" w:sz="8" w:space="0" w:color="D9E2DE"/>
            </w:tcBorders>
            <w:shd w:val="clear" w:color="auto" w:fill="EAF4EE"/>
            <w:tcMar>
              <w:top w:w="110" w:type="dxa"/>
              <w:left w:w="120" w:type="dxa"/>
              <w:bottom w:w="110" w:type="dxa"/>
              <w:right w:w="120" w:type="dxa"/>
            </w:tcMar>
            <w:vAlign w:val="center"/>
          </w:tcPr>
          <w:p w14:paraId="7E2295AE" w14:textId="77777777" w:rsidR="00C31F43" w:rsidRDefault="00255415">
            <w:pPr>
              <w:spacing w:after="0"/>
            </w:pPr>
            <w:r>
              <w:rPr>
                <w:b/>
                <w:color w:val="22322A"/>
                <w:sz w:val="20"/>
              </w:rPr>
              <w:t>Date:</w:t>
            </w:r>
          </w:p>
        </w:tc>
        <w:tc>
          <w:tcPr>
            <w:tcW w:w="2830" w:type="dxa"/>
            <w:tcBorders>
              <w:top w:val="single" w:sz="8" w:space="0" w:color="D9E2DE"/>
              <w:left w:val="single" w:sz="8" w:space="0" w:color="D9E2DE"/>
              <w:bottom w:val="single" w:sz="8" w:space="0" w:color="D9E2DE"/>
              <w:right w:val="single" w:sz="8" w:space="0" w:color="D9E2DE"/>
            </w:tcBorders>
            <w:tcMar>
              <w:top w:w="110" w:type="dxa"/>
              <w:left w:w="120" w:type="dxa"/>
              <w:bottom w:w="110" w:type="dxa"/>
              <w:right w:w="120" w:type="dxa"/>
            </w:tcMar>
            <w:vAlign w:val="center"/>
          </w:tcPr>
          <w:p w14:paraId="0FD539D0" w14:textId="77777777" w:rsidR="00C31F43" w:rsidRDefault="00255415">
            <w:pPr>
              <w:spacing w:after="0"/>
            </w:pPr>
            <w:r>
              <w:rPr>
                <w:color w:val="7A7A7A"/>
                <w:sz w:val="20"/>
              </w:rPr>
              <w:t>____________________________</w:t>
            </w:r>
          </w:p>
        </w:tc>
      </w:tr>
    </w:tbl>
    <w:p w14:paraId="5CD39E19" w14:textId="77777777" w:rsidR="00C31F43" w:rsidRDefault="00C31F43"/>
    <w:tbl>
      <w:tblPr>
        <w:tblW w:w="9360" w:type="dxa"/>
        <w:tblLayout w:type="fixed"/>
        <w:tblLook w:val="04A0" w:firstRow="1" w:lastRow="0" w:firstColumn="1" w:lastColumn="0" w:noHBand="0" w:noVBand="1"/>
      </w:tblPr>
      <w:tblGrid>
        <w:gridCol w:w="9360"/>
      </w:tblGrid>
      <w:tr w:rsidR="00C31F43" w14:paraId="6843B902" w14:textId="77777777">
        <w:tc>
          <w:tcPr>
            <w:tcW w:w="9360" w:type="dxa"/>
            <w:tcBorders>
              <w:top w:val="single" w:sz="6" w:space="0" w:color="145C2C"/>
              <w:left w:val="single" w:sz="6" w:space="0" w:color="145C2C"/>
              <w:bottom w:val="single" w:sz="6" w:space="0" w:color="145C2C"/>
              <w:right w:val="single" w:sz="6" w:space="0" w:color="145C2C"/>
            </w:tcBorders>
            <w:shd w:val="clear" w:color="auto" w:fill="145C2C"/>
            <w:tcMar>
              <w:top w:w="110" w:type="dxa"/>
              <w:left w:w="150" w:type="dxa"/>
              <w:bottom w:w="110" w:type="dxa"/>
              <w:right w:w="150" w:type="dxa"/>
            </w:tcMar>
          </w:tcPr>
          <w:p w14:paraId="3D650A2A" w14:textId="77777777" w:rsidR="00C31F43" w:rsidRDefault="00255415">
            <w:pPr>
              <w:spacing w:after="0"/>
            </w:pPr>
            <w:r>
              <w:rPr>
                <w:b/>
                <w:color w:val="FFFFFF"/>
                <w:sz w:val="24"/>
              </w:rPr>
              <w:t>Additional Information</w:t>
            </w:r>
          </w:p>
        </w:tc>
      </w:tr>
    </w:tbl>
    <w:p w14:paraId="091D7412" w14:textId="77777777" w:rsidR="00C31F43" w:rsidRDefault="00255415">
      <w:pPr>
        <w:spacing w:after="100"/>
      </w:pPr>
      <w:r>
        <w:rPr>
          <w:b/>
          <w:color w:val="22322A"/>
          <w:sz w:val="20"/>
        </w:rPr>
        <w:t>Please provide any additional information that may help us in supporting the client:</w:t>
      </w:r>
    </w:p>
    <w:tbl>
      <w:tblPr>
        <w:tblW w:w="9360" w:type="dxa"/>
        <w:tblLayout w:type="fixed"/>
        <w:tblLook w:val="04A0" w:firstRow="1" w:lastRow="0" w:firstColumn="1" w:lastColumn="0" w:noHBand="0" w:noVBand="1"/>
      </w:tblPr>
      <w:tblGrid>
        <w:gridCol w:w="9360"/>
      </w:tblGrid>
      <w:tr w:rsidR="00C31F43" w14:paraId="3FF2FBA8" w14:textId="77777777">
        <w:tc>
          <w:tcPr>
            <w:tcW w:w="9360" w:type="dxa"/>
            <w:tcBorders>
              <w:top w:val="single" w:sz="8" w:space="0" w:color="D9E2DE"/>
              <w:left w:val="single" w:sz="8" w:space="0" w:color="D9E2DE"/>
              <w:bottom w:val="single" w:sz="8" w:space="0" w:color="D9E2DE"/>
              <w:right w:val="single" w:sz="8" w:space="0" w:color="D9E2DE"/>
            </w:tcBorders>
            <w:tcMar>
              <w:top w:w="120" w:type="dxa"/>
              <w:left w:w="140" w:type="dxa"/>
              <w:bottom w:w="120" w:type="dxa"/>
              <w:right w:w="140" w:type="dxa"/>
            </w:tcMar>
          </w:tcPr>
          <w:p w14:paraId="49FA910F" w14:textId="77777777" w:rsidR="00C31F43" w:rsidRDefault="00C31F43">
            <w:pPr>
              <w:spacing w:after="60"/>
            </w:pPr>
          </w:p>
          <w:p w14:paraId="2C9BC0F8" w14:textId="77777777" w:rsidR="00C31F43" w:rsidRDefault="00255415">
            <w:pPr>
              <w:spacing w:after="40"/>
            </w:pPr>
            <w:r>
              <w:rPr>
                <w:color w:val="7A7A7A"/>
                <w:sz w:val="19"/>
              </w:rPr>
              <w:t>____________________________________________________________________________________________</w:t>
            </w:r>
          </w:p>
          <w:p w14:paraId="6E46BFBC" w14:textId="77777777" w:rsidR="00C31F43" w:rsidRDefault="00255415">
            <w:pPr>
              <w:spacing w:after="40"/>
            </w:pPr>
            <w:r>
              <w:rPr>
                <w:color w:val="7A7A7A"/>
                <w:sz w:val="19"/>
              </w:rPr>
              <w:t>____________________________________________________________________________________________</w:t>
            </w:r>
          </w:p>
          <w:p w14:paraId="2B3680BD" w14:textId="77777777" w:rsidR="00C31F43" w:rsidRDefault="00255415">
            <w:pPr>
              <w:spacing w:after="40"/>
            </w:pPr>
            <w:r>
              <w:rPr>
                <w:color w:val="7A7A7A"/>
                <w:sz w:val="19"/>
              </w:rPr>
              <w:t>____________________________________________________________________________________________</w:t>
            </w:r>
          </w:p>
          <w:p w14:paraId="64F5ACCC" w14:textId="77777777" w:rsidR="00C31F43" w:rsidRDefault="00255415">
            <w:pPr>
              <w:spacing w:after="40"/>
            </w:pPr>
            <w:r>
              <w:rPr>
                <w:color w:val="7A7A7A"/>
                <w:sz w:val="19"/>
              </w:rPr>
              <w:t>____________________________________________________________________________________________</w:t>
            </w:r>
          </w:p>
        </w:tc>
      </w:tr>
    </w:tbl>
    <w:p w14:paraId="67AD24EF" w14:textId="77777777" w:rsidR="00C31F43" w:rsidRDefault="00C31F43"/>
    <w:tbl>
      <w:tblPr>
        <w:tblW w:w="9360" w:type="dxa"/>
        <w:tblLayout w:type="fixed"/>
        <w:tblLook w:val="04A0" w:firstRow="1" w:lastRow="0" w:firstColumn="1" w:lastColumn="0" w:noHBand="0" w:noVBand="1"/>
      </w:tblPr>
      <w:tblGrid>
        <w:gridCol w:w="9350"/>
        <w:gridCol w:w="10"/>
      </w:tblGrid>
      <w:tr w:rsidR="00C31F43" w14:paraId="4FD100AC" w14:textId="77777777">
        <w:tc>
          <w:tcPr>
            <w:tcW w:w="9360" w:type="dxa"/>
            <w:gridSpan w:val="2"/>
            <w:tcBorders>
              <w:top w:val="single" w:sz="6" w:space="0" w:color="0E6E7A"/>
              <w:left w:val="single" w:sz="6" w:space="0" w:color="0E6E7A"/>
              <w:bottom w:val="single" w:sz="6" w:space="0" w:color="0E6E7A"/>
              <w:right w:val="single" w:sz="6" w:space="0" w:color="0E6E7A"/>
            </w:tcBorders>
            <w:shd w:val="clear" w:color="auto" w:fill="0E6E7A"/>
            <w:tcMar>
              <w:top w:w="110" w:type="dxa"/>
              <w:left w:w="150" w:type="dxa"/>
              <w:bottom w:w="110" w:type="dxa"/>
              <w:right w:w="150" w:type="dxa"/>
            </w:tcMar>
          </w:tcPr>
          <w:p w14:paraId="786EDAE8" w14:textId="77777777" w:rsidR="00C31F43" w:rsidRDefault="00255415">
            <w:pPr>
              <w:spacing w:after="0"/>
            </w:pPr>
            <w:r>
              <w:rPr>
                <w:b/>
                <w:color w:val="FFFFFF"/>
                <w:sz w:val="24"/>
              </w:rPr>
              <w:t>Contact Information</w:t>
            </w:r>
          </w:p>
        </w:tc>
      </w:tr>
      <w:tr w:rsidR="00C31F43" w14:paraId="49583244" w14:textId="77777777">
        <w:trPr>
          <w:gridAfter w:val="1"/>
          <w:wAfter w:w="10" w:type="dxa"/>
        </w:trPr>
        <w:tc>
          <w:tcPr>
            <w:tcW w:w="9360" w:type="dxa"/>
            <w:tcBorders>
              <w:top w:val="single" w:sz="8" w:space="0" w:color="D9E2DE"/>
              <w:left w:val="single" w:sz="8" w:space="0" w:color="D9E2DE"/>
              <w:bottom w:val="single" w:sz="8" w:space="0" w:color="D9E2DE"/>
              <w:right w:val="single" w:sz="8" w:space="0" w:color="D9E2DE"/>
            </w:tcBorders>
            <w:shd w:val="clear" w:color="auto" w:fill="EAF6F7"/>
            <w:tcMar>
              <w:top w:w="130" w:type="dxa"/>
              <w:left w:w="160" w:type="dxa"/>
              <w:bottom w:w="130" w:type="dxa"/>
              <w:right w:w="160" w:type="dxa"/>
            </w:tcMar>
          </w:tcPr>
          <w:p w14:paraId="2013B335" w14:textId="77777777" w:rsidR="00C31F43" w:rsidRDefault="00255415">
            <w:pPr>
              <w:spacing w:after="40"/>
            </w:pPr>
            <w:r>
              <w:rPr>
                <w:b/>
                <w:color w:val="22322A"/>
                <w:sz w:val="20"/>
              </w:rPr>
              <w:t>For any questions or follow-up regarding this referral, please contact:</w:t>
            </w:r>
          </w:p>
          <w:p w14:paraId="2ECEC13C" w14:textId="77777777" w:rsidR="00C31F43" w:rsidRDefault="00255415">
            <w:pPr>
              <w:spacing w:after="40"/>
            </w:pPr>
            <w:r>
              <w:rPr>
                <w:b/>
                <w:color w:val="22322A"/>
                <w:sz w:val="20"/>
              </w:rPr>
              <w:t>MHDA</w:t>
            </w:r>
          </w:p>
          <w:p w14:paraId="4CD7F17D" w14:textId="77777777" w:rsidR="00C31F43" w:rsidRDefault="00255415">
            <w:pPr>
              <w:spacing w:after="40"/>
            </w:pPr>
            <w:r>
              <w:rPr>
                <w:sz w:val="20"/>
              </w:rPr>
              <w:t>Address: 155 Rowan Drive, Kirkby, Liverpool L32 OSG</w:t>
            </w:r>
          </w:p>
          <w:p w14:paraId="13582852" w14:textId="77777777" w:rsidR="00C31F43" w:rsidRDefault="00255415">
            <w:pPr>
              <w:spacing w:after="40"/>
            </w:pPr>
            <w:r>
              <w:rPr>
                <w:sz w:val="20"/>
              </w:rPr>
              <w:t>Phone: 07749130565 or 07376215961</w:t>
            </w:r>
          </w:p>
          <w:p w14:paraId="380F9872" w14:textId="77777777" w:rsidR="00C31F43" w:rsidRDefault="00255415">
            <w:pPr>
              <w:spacing w:after="0"/>
            </w:pPr>
            <w:r>
              <w:rPr>
                <w:sz w:val="20"/>
              </w:rPr>
              <w:t>Email: ann.norris@mhda.co.uk   cheryl.roach@mhda.co.uk</w:t>
            </w:r>
          </w:p>
        </w:tc>
      </w:tr>
    </w:tbl>
    <w:p w14:paraId="578D4746" w14:textId="77777777" w:rsidR="00C31F43" w:rsidRDefault="00C31F43">
      <w:pPr>
        <w:spacing w:after="160"/>
      </w:pPr>
    </w:p>
    <w:tbl>
      <w:tblPr>
        <w:tblW w:w="9360" w:type="dxa"/>
        <w:jc w:val="center"/>
        <w:tblLayout w:type="fixed"/>
        <w:tblLook w:val="04A0" w:firstRow="1" w:lastRow="0" w:firstColumn="1" w:lastColumn="0" w:noHBand="0" w:noVBand="1"/>
      </w:tblPr>
      <w:tblGrid>
        <w:gridCol w:w="3120"/>
        <w:gridCol w:w="3120"/>
        <w:gridCol w:w="3120"/>
      </w:tblGrid>
      <w:tr w:rsidR="00C31F43" w14:paraId="42B27394" w14:textId="77777777">
        <w:trPr>
          <w:jc w:val="center"/>
        </w:trPr>
        <w:tc>
          <w:tcPr>
            <w:tcW w:w="312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61F429D6" w14:textId="77777777" w:rsidR="00C31F43" w:rsidRDefault="00255415">
            <w:r>
              <w:rPr>
                <w:noProof/>
              </w:rPr>
              <w:drawing>
                <wp:inline distT="0" distB="0" distL="0" distR="0" wp14:anchorId="137B300A" wp14:editId="77EEB949">
                  <wp:extent cx="1234440"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3"/>
                          <a:stretch>
                            <a:fillRect/>
                          </a:stretch>
                        </pic:blipFill>
                        <pic:spPr>
                          <a:xfrm>
                            <a:off x="0" y="0"/>
                            <a:ext cx="1234440" cy="685800"/>
                          </a:xfrm>
                          <a:prstGeom prst="rect">
                            <a:avLst/>
                          </a:prstGeom>
                        </pic:spPr>
                      </pic:pic>
                    </a:graphicData>
                  </a:graphic>
                </wp:inline>
              </w:drawing>
            </w:r>
          </w:p>
        </w:tc>
        <w:tc>
          <w:tcPr>
            <w:tcW w:w="312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6EF5D5AC" w14:textId="77777777" w:rsidR="00C31F43" w:rsidRDefault="00255415">
            <w:pPr>
              <w:jc w:val="center"/>
            </w:pPr>
            <w:r>
              <w:rPr>
                <w:noProof/>
              </w:rPr>
              <w:drawing>
                <wp:inline distT="0" distB="0" distL="0" distR="0" wp14:anchorId="1C471491" wp14:editId="6DECB9A4">
                  <wp:extent cx="594360" cy="594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4"/>
                          <a:stretch>
                            <a:fillRect/>
                          </a:stretch>
                        </pic:blipFill>
                        <pic:spPr>
                          <a:xfrm>
                            <a:off x="0" y="0"/>
                            <a:ext cx="594360" cy="594360"/>
                          </a:xfrm>
                          <a:prstGeom prst="rect">
                            <a:avLst/>
                          </a:prstGeom>
                        </pic:spPr>
                      </pic:pic>
                    </a:graphicData>
                  </a:graphic>
                </wp:inline>
              </w:drawing>
            </w:r>
          </w:p>
        </w:tc>
        <w:tc>
          <w:tcPr>
            <w:tcW w:w="312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68132D01" w14:textId="77777777" w:rsidR="00C31F43" w:rsidRDefault="00255415">
            <w:pPr>
              <w:jc w:val="right"/>
            </w:pPr>
            <w:r>
              <w:rPr>
                <w:noProof/>
              </w:rPr>
              <w:drawing>
                <wp:inline distT="0" distB="0" distL="0" distR="0" wp14:anchorId="2D9AC6E9" wp14:editId="25CD95B7">
                  <wp:extent cx="2011680" cy="4992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5"/>
                          <a:stretch>
                            <a:fillRect/>
                          </a:stretch>
                        </pic:blipFill>
                        <pic:spPr>
                          <a:xfrm>
                            <a:off x="0" y="0"/>
                            <a:ext cx="2011680" cy="499203"/>
                          </a:xfrm>
                          <a:prstGeom prst="rect">
                            <a:avLst/>
                          </a:prstGeom>
                        </pic:spPr>
                      </pic:pic>
                    </a:graphicData>
                  </a:graphic>
                </wp:inline>
              </w:drawing>
            </w:r>
          </w:p>
        </w:tc>
      </w:tr>
    </w:tbl>
    <w:p w14:paraId="5308C40A" w14:textId="77777777" w:rsidR="00255415" w:rsidRDefault="00255415"/>
    <w:sectPr w:rsidR="00255415" w:rsidSect="00034616">
      <w:pgSz w:w="11906" w:h="16838"/>
      <w:pgMar w:top="765" w:right="907" w:bottom="73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51BE" w14:textId="77777777" w:rsidR="008553E9" w:rsidRDefault="008553E9">
      <w:pPr>
        <w:spacing w:after="0" w:line="240" w:lineRule="auto"/>
      </w:pPr>
      <w:r>
        <w:separator/>
      </w:r>
    </w:p>
  </w:endnote>
  <w:endnote w:type="continuationSeparator" w:id="0">
    <w:p w14:paraId="5F2980A6" w14:textId="77777777" w:rsidR="008553E9" w:rsidRDefault="00855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C3FF1" w14:textId="77777777" w:rsidR="00C31F43" w:rsidRDefault="00C31F43">
    <w:pPr>
      <w:pStyle w:val="Footer"/>
    </w:pPr>
  </w:p>
  <w:tbl>
    <w:tblPr>
      <w:tblW w:w="9360" w:type="dxa"/>
      <w:jc w:val="center"/>
      <w:tblLayout w:type="fixed"/>
      <w:tblLook w:val="04A0" w:firstRow="1" w:lastRow="0" w:firstColumn="1" w:lastColumn="0" w:noHBand="0" w:noVBand="1"/>
    </w:tblPr>
    <w:tblGrid>
      <w:gridCol w:w="3120"/>
      <w:gridCol w:w="3120"/>
      <w:gridCol w:w="3120"/>
    </w:tblGrid>
    <w:tr w:rsidR="00C31F43" w14:paraId="36B687F9" w14:textId="77777777">
      <w:trPr>
        <w:jc w:val="center"/>
      </w:trPr>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143E0926" w14:textId="77777777" w:rsidR="00C31F43" w:rsidRDefault="00255415">
          <w:pPr>
            <w:spacing w:after="0"/>
            <w:jc w:val="center"/>
          </w:pPr>
          <w:r>
            <w:rPr>
              <w:color w:val="22322A"/>
              <w:sz w:val="17"/>
            </w:rPr>
            <w:t>Merseyside Housing &amp; Debt Advice CIC</w:t>
          </w:r>
        </w:p>
      </w:tc>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2AF1AF61" w14:textId="77777777" w:rsidR="00C31F43" w:rsidRDefault="00255415">
          <w:pPr>
            <w:spacing w:after="0"/>
            <w:jc w:val="center"/>
          </w:pPr>
          <w:r>
            <w:rPr>
              <w:color w:val="22322A"/>
              <w:sz w:val="17"/>
            </w:rPr>
            <w:t>CIC 15654040</w:t>
          </w:r>
        </w:p>
      </w:tc>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14E1D509" w14:textId="77777777" w:rsidR="00C31F43" w:rsidRDefault="00255415">
          <w:pPr>
            <w:spacing w:after="0"/>
            <w:jc w:val="center"/>
          </w:pPr>
          <w:r>
            <w:rPr>
              <w:color w:val="22322A"/>
              <w:sz w:val="17"/>
            </w:rPr>
            <w:t>The Peoples Project</w:t>
          </w:r>
        </w:p>
      </w:tc>
    </w:tr>
    <w:tr w:rsidR="00C31F43" w14:paraId="40B233C8" w14:textId="77777777">
      <w:trPr>
        <w:jc w:val="center"/>
      </w:trPr>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138B1CCC" w14:textId="77777777" w:rsidR="00C31F43" w:rsidRDefault="00255415">
          <w:pPr>
            <w:spacing w:after="0"/>
            <w:jc w:val="center"/>
          </w:pPr>
          <w:r>
            <w:rPr>
              <w:color w:val="22322A"/>
              <w:sz w:val="17"/>
            </w:rPr>
            <w:t>Merseyside Housing &amp; Debt Advice CIC</w:t>
          </w:r>
        </w:p>
      </w:tc>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5ADC8092" w14:textId="77777777" w:rsidR="00C31F43" w:rsidRDefault="00255415">
          <w:pPr>
            <w:spacing w:after="0"/>
            <w:jc w:val="center"/>
          </w:pPr>
          <w:r>
            <w:rPr>
              <w:color w:val="22322A"/>
              <w:sz w:val="17"/>
            </w:rPr>
            <w:t>CIC 15654040</w:t>
          </w:r>
        </w:p>
      </w:tc>
      <w:tc>
        <w:tcPr>
          <w:tcW w:w="3120" w:type="dxa"/>
          <w:tcBorders>
            <w:top w:val="single" w:sz="0" w:space="0" w:color="FFFFFF"/>
            <w:left w:val="single" w:sz="0" w:space="0" w:color="FFFFFF"/>
            <w:bottom w:val="single" w:sz="0" w:space="0" w:color="FFFFFF"/>
            <w:right w:val="single" w:sz="0" w:space="0" w:color="FFFFFF"/>
          </w:tcBorders>
          <w:tcMar>
            <w:top w:w="20" w:type="dxa"/>
            <w:left w:w="20" w:type="dxa"/>
            <w:bottom w:w="20" w:type="dxa"/>
            <w:right w:w="20" w:type="dxa"/>
          </w:tcMar>
        </w:tcPr>
        <w:p w14:paraId="583D3F4C" w14:textId="77777777" w:rsidR="00C31F43" w:rsidRDefault="00255415">
          <w:pPr>
            <w:spacing w:after="0"/>
            <w:jc w:val="center"/>
          </w:pPr>
          <w:r>
            <w:rPr>
              <w:color w:val="22322A"/>
              <w:sz w:val="17"/>
            </w:rPr>
            <w:t>The Peoples Project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719C8" w14:textId="77777777" w:rsidR="008553E9" w:rsidRDefault="008553E9">
      <w:pPr>
        <w:spacing w:after="0" w:line="240" w:lineRule="auto"/>
      </w:pPr>
      <w:r>
        <w:separator/>
      </w:r>
    </w:p>
  </w:footnote>
  <w:footnote w:type="continuationSeparator" w:id="0">
    <w:p w14:paraId="71DD5F3F" w14:textId="77777777" w:rsidR="008553E9" w:rsidRDefault="008553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1145073">
    <w:abstractNumId w:val="8"/>
  </w:num>
  <w:num w:numId="2" w16cid:durableId="891233238">
    <w:abstractNumId w:val="6"/>
  </w:num>
  <w:num w:numId="3" w16cid:durableId="1906260162">
    <w:abstractNumId w:val="5"/>
  </w:num>
  <w:num w:numId="4" w16cid:durableId="170219947">
    <w:abstractNumId w:val="4"/>
  </w:num>
  <w:num w:numId="5" w16cid:durableId="942958641">
    <w:abstractNumId w:val="7"/>
  </w:num>
  <w:num w:numId="6" w16cid:durableId="1498770395">
    <w:abstractNumId w:val="3"/>
  </w:num>
  <w:num w:numId="7" w16cid:durableId="870537244">
    <w:abstractNumId w:val="2"/>
  </w:num>
  <w:num w:numId="8" w16cid:durableId="1058015232">
    <w:abstractNumId w:val="1"/>
  </w:num>
  <w:num w:numId="9" w16cid:durableId="1119715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274"/>
    <w:rsid w:val="00034616"/>
    <w:rsid w:val="0006063C"/>
    <w:rsid w:val="0006515D"/>
    <w:rsid w:val="000833F5"/>
    <w:rsid w:val="0015074B"/>
    <w:rsid w:val="00233BDE"/>
    <w:rsid w:val="00255415"/>
    <w:rsid w:val="0029639D"/>
    <w:rsid w:val="00326F90"/>
    <w:rsid w:val="00361C41"/>
    <w:rsid w:val="003A55FF"/>
    <w:rsid w:val="004D0B76"/>
    <w:rsid w:val="005C4056"/>
    <w:rsid w:val="006052B5"/>
    <w:rsid w:val="007B4FFC"/>
    <w:rsid w:val="008553E9"/>
    <w:rsid w:val="00AA1D8D"/>
    <w:rsid w:val="00B47730"/>
    <w:rsid w:val="00C31F43"/>
    <w:rsid w:val="00CB0664"/>
    <w:rsid w:val="00CB4CD1"/>
    <w:rsid w:val="00F645E6"/>
    <w:rsid w:val="00FC693F"/>
    <w:rsid w:val="00FE76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81EC9"/>
  <w14:defaultImageDpi w14:val="300"/>
  <w15:docId w15:val="{76A915EC-3F6B-4FC6-96A7-898FE3DD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A3A3A"/>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ddd654-c8b8-46f9-bedb-d9cb97ecd747" xsi:nil="true"/>
    <lcf76f155ced4ddcb4097134ff3c332f xmlns="57379f92-59f4-47f5-9ef3-d4fb5339a7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6E5182ED91DB04AB0BB0EBD9A5C176E" ma:contentTypeVersion="14" ma:contentTypeDescription="Create a new document." ma:contentTypeScope="" ma:versionID="b13c260ef8d36192004ece6f76e2d514">
  <xsd:schema xmlns:xsd="http://www.w3.org/2001/XMLSchema" xmlns:xs="http://www.w3.org/2001/XMLSchema" xmlns:p="http://schemas.microsoft.com/office/2006/metadata/properties" xmlns:ns2="2dddd654-c8b8-46f9-bedb-d9cb97ecd747" xmlns:ns3="57379f92-59f4-47f5-9ef3-d4fb5339a735" targetNamespace="http://schemas.microsoft.com/office/2006/metadata/properties" ma:root="true" ma:fieldsID="3fb846c2ae863abe2efefd9e35fb7b3c" ns2:_="" ns3:_="">
    <xsd:import namespace="2dddd654-c8b8-46f9-bedb-d9cb97ecd747"/>
    <xsd:import namespace="57379f92-59f4-47f5-9ef3-d4fb5339a7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dd654-c8b8-46f9-bedb-d9cb97ecd7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82ce030-049b-4eb2-8bca-374303659b3b}" ma:internalName="TaxCatchAll" ma:showField="CatchAllData" ma:web="2dddd654-c8b8-46f9-bedb-d9cb97ecd7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379f92-59f4-47f5-9ef3-d4fb5339a7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f257cd-932b-429b-8b6c-65cec0d4915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B82641-744F-4EFF-AE35-399E2E0C4DEB}">
  <ds:schemaRefs>
    <ds:schemaRef ds:uri="http://schemas.microsoft.com/office/2006/metadata/properties"/>
    <ds:schemaRef ds:uri="http://schemas.microsoft.com/office/infopath/2007/PartnerControls"/>
    <ds:schemaRef ds:uri="2dddd654-c8b8-46f9-bedb-d9cb97ecd747"/>
    <ds:schemaRef ds:uri="57379f92-59f4-47f5-9ef3-d4fb5339a735"/>
  </ds:schemaRefs>
</ds:datastoreItem>
</file>

<file path=customXml/itemProps2.xml><?xml version="1.0" encoding="utf-8"?>
<ds:datastoreItem xmlns:ds="http://schemas.openxmlformats.org/officeDocument/2006/customXml" ds:itemID="{6BFFB2BE-6EAA-4002-8DE9-55E133A8B28B}">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1D503138-0609-45EB-826B-610CAF8A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dd654-c8b8-46f9-bedb-d9cb97ecd747"/>
    <ds:schemaRef ds:uri="57379f92-59f4-47f5-9ef3-d4fb5339a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MHDA Referral Form 2026</dc:title>
  <dc:subject>Referral form for MHDA support</dc:subject>
  <dc:creator>Ann</dc:creator>
  <cp:keywords>MHDA, referral, housing, benefits, debt advice</cp:keywords>
  <dc:description>generated by python-docx</dc:description>
  <cp:lastModifiedBy>Cheryl Roach</cp:lastModifiedBy>
  <cp:revision>12</cp:revision>
  <dcterms:created xsi:type="dcterms:W3CDTF">2026-08-12T14:06:00Z</dcterms:created>
  <dcterms:modified xsi:type="dcterms:W3CDTF">2026-09-16T13:00:00Z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0x01010066E5182ED91DB04AB0BB0EBD9A5C176E</vt:lpwstr>
  </property>
  <property fmtid="{D5CDD505-2E9C-101B-9397-08002B2CF9AE}" pid="3" name="MediaServiceImageTags">
    <vt:lpwstr/>
  </property>
</Properties>
</file>