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360" w:type="dxa"/>
        <w:tblLayout w:type="fixed"/>
        <w:tblLook w:val="04A0" w:firstRow="1" w:lastRow="0" w:firstColumn="1" w:lastColumn="0" w:noHBand="0" w:noVBand="1"/>
      </w:tblPr>
      <w:tblGrid>
        <w:gridCol w:w="3153"/>
        <w:gridCol w:w="6069"/>
        <w:gridCol w:w="138"/>
      </w:tblGrid>
      <w:tr w:rsidR="00364DA7" w14:paraId="6E8C8CE0" w14:textId="77777777">
        <w:tc>
          <w:tcPr>
            <w:tcW w:w="3200" w:type="dxa"/>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vAlign w:val="center"/>
          </w:tcPr>
          <w:p w14:paraId="76544F65" w14:textId="77777777" w:rsidR="00364DA7" w:rsidRDefault="00000000">
            <w:r>
              <w:rPr>
                <w:noProof/>
              </w:rPr>
              <w:drawing>
                <wp:inline distT="0" distB="0" distL="0" distR="0" wp14:anchorId="7F2BC535" wp14:editId="4D3973C5">
                  <wp:extent cx="1737360" cy="451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8"/>
                          <a:stretch>
                            <a:fillRect/>
                          </a:stretch>
                        </pic:blipFill>
                        <pic:spPr>
                          <a:xfrm>
                            <a:off x="0" y="0"/>
                            <a:ext cx="1737360" cy="451175"/>
                          </a:xfrm>
                          <a:prstGeom prst="rect">
                            <a:avLst/>
                          </a:prstGeom>
                        </pic:spPr>
                      </pic:pic>
                    </a:graphicData>
                  </a:graphic>
                </wp:inline>
              </w:drawing>
            </w:r>
          </w:p>
        </w:tc>
        <w:tc>
          <w:tcPr>
            <w:tcW w:w="6160" w:type="dxa"/>
            <w:gridSpan w:val="2"/>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vAlign w:val="center"/>
          </w:tcPr>
          <w:p w14:paraId="1B76BE5E" w14:textId="77777777" w:rsidR="00364DA7" w:rsidRDefault="00000000">
            <w:pPr>
              <w:spacing w:after="0"/>
              <w:jc w:val="right"/>
            </w:pPr>
            <w:r>
              <w:rPr>
                <w:b/>
                <w:color w:val="145C2C"/>
                <w:sz w:val="48"/>
              </w:rPr>
              <w:t>Consent Form</w:t>
            </w:r>
          </w:p>
          <w:p w14:paraId="3571EC8C" w14:textId="77777777" w:rsidR="00364DA7" w:rsidRDefault="00000000">
            <w:pPr>
              <w:spacing w:after="0"/>
              <w:jc w:val="right"/>
            </w:pPr>
            <w:r>
              <w:rPr>
                <w:b/>
                <w:color w:val="22322A"/>
                <w:sz w:val="24"/>
              </w:rPr>
              <w:t>Merseyside Housing &amp; Debt Advice</w:t>
            </w:r>
          </w:p>
        </w:tc>
      </w:tr>
      <w:tr w:rsidR="00364DA7" w14:paraId="658C3811" w14:textId="77777777">
        <w:trPr>
          <w:gridAfter w:val="1"/>
          <w:wAfter w:w="140" w:type="dxa"/>
        </w:trPr>
        <w:tc>
          <w:tcPr>
            <w:tcW w:w="9360" w:type="dxa"/>
            <w:gridSpan w:val="2"/>
            <w:tcBorders>
              <w:top w:val="single" w:sz="10" w:space="0" w:color="FDB913"/>
              <w:left w:val="single" w:sz="10" w:space="0" w:color="FDB913"/>
              <w:bottom w:val="single" w:sz="10" w:space="0" w:color="FDB913"/>
              <w:right w:val="single" w:sz="10" w:space="0" w:color="FDB913"/>
            </w:tcBorders>
            <w:shd w:val="clear" w:color="auto" w:fill="FFF5D6"/>
            <w:tcMar>
              <w:top w:w="100" w:type="dxa"/>
              <w:left w:w="140" w:type="dxa"/>
              <w:bottom w:w="100" w:type="dxa"/>
              <w:right w:w="140" w:type="dxa"/>
            </w:tcMar>
          </w:tcPr>
          <w:p w14:paraId="21055B4C" w14:textId="77777777" w:rsidR="00364DA7" w:rsidRDefault="00000000">
            <w:pPr>
              <w:spacing w:after="0"/>
            </w:pPr>
            <w:r>
              <w:rPr>
                <w:color w:val="22322A"/>
              </w:rPr>
              <w:t>Free advice and support with housing, benefits, non-regulated debt and advocacy.</w:t>
            </w:r>
          </w:p>
        </w:tc>
      </w:tr>
    </w:tbl>
    <w:p w14:paraId="3AC582E0" w14:textId="77777777" w:rsidR="00196FCE" w:rsidRDefault="00000000">
      <w:pPr>
        <w:spacing w:before="80" w:after="160"/>
        <w:jc w:val="center"/>
        <w:rPr>
          <w:color w:val="22322A"/>
          <w:sz w:val="19"/>
        </w:rPr>
      </w:pPr>
      <w:r>
        <w:rPr>
          <w:b/>
          <w:color w:val="0E6E7A"/>
          <w:sz w:val="19"/>
        </w:rPr>
        <w:t>www.MerseysideHousingandDebtAdviceCIC.co.uk</w:t>
      </w:r>
      <w:r>
        <w:rPr>
          <w:color w:val="22322A"/>
          <w:sz w:val="19"/>
        </w:rPr>
        <w:t xml:space="preserve">   |   ann.norris@mhda.co.uk   |   cheryl.roach@mhda.co.uk   |  </w:t>
      </w:r>
    </w:p>
    <w:p w14:paraId="4F4FCCA0" w14:textId="3707676E" w:rsidR="00364DA7" w:rsidRDefault="00196FCE">
      <w:pPr>
        <w:spacing w:before="80" w:after="160"/>
        <w:jc w:val="center"/>
      </w:pPr>
      <w:r>
        <w:rPr>
          <w:color w:val="22322A"/>
          <w:sz w:val="19"/>
        </w:rPr>
        <w:t xml:space="preserve">                                                                                          07749130565 / 07376215961</w:t>
      </w:r>
    </w:p>
    <w:tbl>
      <w:tblPr>
        <w:tblW w:w="9360" w:type="dxa"/>
        <w:tblLayout w:type="fixed"/>
        <w:tblLook w:val="04A0" w:firstRow="1" w:lastRow="0" w:firstColumn="1" w:lastColumn="0" w:noHBand="0" w:noVBand="1"/>
      </w:tblPr>
      <w:tblGrid>
        <w:gridCol w:w="2395"/>
        <w:gridCol w:w="6945"/>
        <w:gridCol w:w="20"/>
      </w:tblGrid>
      <w:tr w:rsidR="00364DA7" w14:paraId="53585AB1" w14:textId="77777777">
        <w:trPr>
          <w:gridAfter w:val="1"/>
          <w:wAfter w:w="20" w:type="dxa"/>
        </w:trPr>
        <w:tc>
          <w:tcPr>
            <w:tcW w:w="9360" w:type="dxa"/>
            <w:gridSpan w:val="2"/>
            <w:tcBorders>
              <w:top w:val="single" w:sz="6" w:space="0" w:color="145C2C"/>
              <w:left w:val="single" w:sz="6" w:space="0" w:color="145C2C"/>
              <w:bottom w:val="single" w:sz="6" w:space="0" w:color="145C2C"/>
              <w:right w:val="single" w:sz="6" w:space="0" w:color="145C2C"/>
            </w:tcBorders>
            <w:shd w:val="clear" w:color="auto" w:fill="145C2C"/>
            <w:tcMar>
              <w:top w:w="120" w:type="dxa"/>
              <w:left w:w="150" w:type="dxa"/>
              <w:bottom w:w="120" w:type="dxa"/>
              <w:right w:w="150" w:type="dxa"/>
            </w:tcMar>
          </w:tcPr>
          <w:p w14:paraId="4369F7E8" w14:textId="77777777" w:rsidR="00364DA7" w:rsidRDefault="00000000">
            <w:pPr>
              <w:keepNext/>
              <w:spacing w:after="0"/>
            </w:pPr>
            <w:r>
              <w:rPr>
                <w:b/>
                <w:color w:val="FFFFFF"/>
                <w:sz w:val="24"/>
              </w:rPr>
              <w:t>Client Information</w:t>
            </w:r>
          </w:p>
        </w:tc>
      </w:tr>
      <w:tr w:rsidR="00364DA7" w14:paraId="2A56C59D" w14:textId="77777777">
        <w:tc>
          <w:tcPr>
            <w:tcW w:w="2400" w:type="dxa"/>
            <w:tcBorders>
              <w:top w:val="single" w:sz="8" w:space="0" w:color="D9E2DE"/>
              <w:left w:val="single" w:sz="8" w:space="0" w:color="D9E2DE"/>
              <w:bottom w:val="single" w:sz="8" w:space="0" w:color="D9E2DE"/>
              <w:right w:val="single" w:sz="8" w:space="0" w:color="D9E2DE"/>
            </w:tcBorders>
            <w:shd w:val="clear" w:color="auto" w:fill="EAF4EE"/>
            <w:tcMar>
              <w:top w:w="110" w:type="dxa"/>
              <w:left w:w="130" w:type="dxa"/>
              <w:bottom w:w="110" w:type="dxa"/>
              <w:right w:w="130" w:type="dxa"/>
            </w:tcMar>
            <w:vAlign w:val="center"/>
          </w:tcPr>
          <w:p w14:paraId="7F9C2937" w14:textId="77777777" w:rsidR="00364DA7" w:rsidRDefault="00000000">
            <w:pPr>
              <w:spacing w:after="0"/>
            </w:pPr>
            <w:r>
              <w:rPr>
                <w:b/>
                <w:color w:val="22322A"/>
              </w:rPr>
              <w:t>Name</w:t>
            </w:r>
          </w:p>
        </w:tc>
        <w:tc>
          <w:tcPr>
            <w:tcW w:w="6960" w:type="dxa"/>
            <w:gridSpan w:val="2"/>
            <w:tcBorders>
              <w:top w:val="single" w:sz="8" w:space="0" w:color="D9E2DE"/>
              <w:left w:val="single" w:sz="8" w:space="0" w:color="D9E2DE"/>
              <w:bottom w:val="single" w:sz="8" w:space="0" w:color="D9E2DE"/>
              <w:right w:val="single" w:sz="8" w:space="0" w:color="D9E2DE"/>
            </w:tcBorders>
            <w:tcMar>
              <w:top w:w="110" w:type="dxa"/>
              <w:left w:w="130" w:type="dxa"/>
              <w:bottom w:w="110" w:type="dxa"/>
              <w:right w:w="130" w:type="dxa"/>
            </w:tcMar>
            <w:vAlign w:val="center"/>
          </w:tcPr>
          <w:p w14:paraId="24E618EB" w14:textId="77777777" w:rsidR="00364DA7" w:rsidRDefault="00000000">
            <w:pPr>
              <w:spacing w:after="0"/>
            </w:pPr>
            <w:r>
              <w:rPr>
                <w:color w:val="6B6B6B"/>
              </w:rPr>
              <w:t>_______________________________________________________</w:t>
            </w:r>
          </w:p>
        </w:tc>
      </w:tr>
      <w:tr w:rsidR="00364DA7" w14:paraId="38444FEC" w14:textId="77777777">
        <w:tc>
          <w:tcPr>
            <w:tcW w:w="2400" w:type="dxa"/>
            <w:tcBorders>
              <w:top w:val="single" w:sz="8" w:space="0" w:color="D9E2DE"/>
              <w:left w:val="single" w:sz="8" w:space="0" w:color="D9E2DE"/>
              <w:bottom w:val="single" w:sz="8" w:space="0" w:color="D9E2DE"/>
              <w:right w:val="single" w:sz="8" w:space="0" w:color="D9E2DE"/>
            </w:tcBorders>
            <w:shd w:val="clear" w:color="auto" w:fill="EAF4EE"/>
            <w:tcMar>
              <w:top w:w="110" w:type="dxa"/>
              <w:left w:w="130" w:type="dxa"/>
              <w:bottom w:w="110" w:type="dxa"/>
              <w:right w:w="130" w:type="dxa"/>
            </w:tcMar>
            <w:vAlign w:val="center"/>
          </w:tcPr>
          <w:p w14:paraId="5DE7F47F" w14:textId="77777777" w:rsidR="00364DA7" w:rsidRDefault="00000000">
            <w:pPr>
              <w:spacing w:after="0"/>
            </w:pPr>
            <w:r>
              <w:rPr>
                <w:b/>
                <w:color w:val="22322A"/>
              </w:rPr>
              <w:t>Address</w:t>
            </w:r>
          </w:p>
        </w:tc>
        <w:tc>
          <w:tcPr>
            <w:tcW w:w="6960" w:type="dxa"/>
            <w:gridSpan w:val="2"/>
            <w:tcBorders>
              <w:top w:val="single" w:sz="8" w:space="0" w:color="D9E2DE"/>
              <w:left w:val="single" w:sz="8" w:space="0" w:color="D9E2DE"/>
              <w:bottom w:val="single" w:sz="8" w:space="0" w:color="D9E2DE"/>
              <w:right w:val="single" w:sz="8" w:space="0" w:color="D9E2DE"/>
            </w:tcBorders>
            <w:tcMar>
              <w:top w:w="110" w:type="dxa"/>
              <w:left w:w="130" w:type="dxa"/>
              <w:bottom w:w="110" w:type="dxa"/>
              <w:right w:w="130" w:type="dxa"/>
            </w:tcMar>
            <w:vAlign w:val="center"/>
          </w:tcPr>
          <w:p w14:paraId="269B8B86" w14:textId="77777777" w:rsidR="00364DA7" w:rsidRDefault="00000000">
            <w:pPr>
              <w:spacing w:after="0"/>
            </w:pPr>
            <w:r>
              <w:rPr>
                <w:color w:val="6B6B6B"/>
              </w:rPr>
              <w:t>_______________________________________________________</w:t>
            </w:r>
            <w:r>
              <w:rPr>
                <w:color w:val="6B6B6B"/>
              </w:rPr>
              <w:br/>
              <w:t>_______________________________________________________</w:t>
            </w:r>
          </w:p>
        </w:tc>
      </w:tr>
      <w:tr w:rsidR="00364DA7" w14:paraId="4EF2871B" w14:textId="77777777">
        <w:tc>
          <w:tcPr>
            <w:tcW w:w="2400" w:type="dxa"/>
            <w:tcBorders>
              <w:top w:val="single" w:sz="8" w:space="0" w:color="D9E2DE"/>
              <w:left w:val="single" w:sz="8" w:space="0" w:color="D9E2DE"/>
              <w:bottom w:val="single" w:sz="8" w:space="0" w:color="D9E2DE"/>
              <w:right w:val="single" w:sz="8" w:space="0" w:color="D9E2DE"/>
            </w:tcBorders>
            <w:shd w:val="clear" w:color="auto" w:fill="EAF4EE"/>
            <w:tcMar>
              <w:top w:w="110" w:type="dxa"/>
              <w:left w:w="130" w:type="dxa"/>
              <w:bottom w:w="110" w:type="dxa"/>
              <w:right w:w="130" w:type="dxa"/>
            </w:tcMar>
            <w:vAlign w:val="center"/>
          </w:tcPr>
          <w:p w14:paraId="2FBAEC13" w14:textId="77777777" w:rsidR="00364DA7" w:rsidRDefault="00000000">
            <w:pPr>
              <w:spacing w:after="0"/>
            </w:pPr>
            <w:r>
              <w:rPr>
                <w:b/>
                <w:color w:val="22322A"/>
              </w:rPr>
              <w:t>Phone Number</w:t>
            </w:r>
          </w:p>
        </w:tc>
        <w:tc>
          <w:tcPr>
            <w:tcW w:w="6960" w:type="dxa"/>
            <w:gridSpan w:val="2"/>
            <w:tcBorders>
              <w:top w:val="single" w:sz="8" w:space="0" w:color="D9E2DE"/>
              <w:left w:val="single" w:sz="8" w:space="0" w:color="D9E2DE"/>
              <w:bottom w:val="single" w:sz="8" w:space="0" w:color="D9E2DE"/>
              <w:right w:val="single" w:sz="8" w:space="0" w:color="D9E2DE"/>
            </w:tcBorders>
            <w:tcMar>
              <w:top w:w="110" w:type="dxa"/>
              <w:left w:w="130" w:type="dxa"/>
              <w:bottom w:w="110" w:type="dxa"/>
              <w:right w:w="130" w:type="dxa"/>
            </w:tcMar>
            <w:vAlign w:val="center"/>
          </w:tcPr>
          <w:p w14:paraId="30FF587D" w14:textId="77777777" w:rsidR="00364DA7" w:rsidRDefault="00000000">
            <w:pPr>
              <w:spacing w:after="0"/>
            </w:pPr>
            <w:r>
              <w:rPr>
                <w:color w:val="6B6B6B"/>
              </w:rPr>
              <w:t>_______________________________________________________</w:t>
            </w:r>
          </w:p>
        </w:tc>
      </w:tr>
      <w:tr w:rsidR="00364DA7" w14:paraId="3C924D39" w14:textId="77777777">
        <w:tc>
          <w:tcPr>
            <w:tcW w:w="2400" w:type="dxa"/>
            <w:tcBorders>
              <w:top w:val="single" w:sz="8" w:space="0" w:color="D9E2DE"/>
              <w:left w:val="single" w:sz="8" w:space="0" w:color="D9E2DE"/>
              <w:bottom w:val="single" w:sz="8" w:space="0" w:color="D9E2DE"/>
              <w:right w:val="single" w:sz="8" w:space="0" w:color="D9E2DE"/>
            </w:tcBorders>
            <w:shd w:val="clear" w:color="auto" w:fill="EAF4EE"/>
            <w:tcMar>
              <w:top w:w="110" w:type="dxa"/>
              <w:left w:w="130" w:type="dxa"/>
              <w:bottom w:w="110" w:type="dxa"/>
              <w:right w:w="130" w:type="dxa"/>
            </w:tcMar>
            <w:vAlign w:val="center"/>
          </w:tcPr>
          <w:p w14:paraId="4935EC87" w14:textId="77777777" w:rsidR="00364DA7" w:rsidRDefault="00000000">
            <w:pPr>
              <w:spacing w:after="0"/>
            </w:pPr>
            <w:r>
              <w:rPr>
                <w:b/>
                <w:color w:val="22322A"/>
              </w:rPr>
              <w:t>Email</w:t>
            </w:r>
          </w:p>
        </w:tc>
        <w:tc>
          <w:tcPr>
            <w:tcW w:w="6960" w:type="dxa"/>
            <w:gridSpan w:val="2"/>
            <w:tcBorders>
              <w:top w:val="single" w:sz="8" w:space="0" w:color="D9E2DE"/>
              <w:left w:val="single" w:sz="8" w:space="0" w:color="D9E2DE"/>
              <w:bottom w:val="single" w:sz="8" w:space="0" w:color="D9E2DE"/>
              <w:right w:val="single" w:sz="8" w:space="0" w:color="D9E2DE"/>
            </w:tcBorders>
            <w:tcMar>
              <w:top w:w="110" w:type="dxa"/>
              <w:left w:w="130" w:type="dxa"/>
              <w:bottom w:w="110" w:type="dxa"/>
              <w:right w:w="130" w:type="dxa"/>
            </w:tcMar>
            <w:vAlign w:val="center"/>
          </w:tcPr>
          <w:p w14:paraId="34BFC917" w14:textId="77777777" w:rsidR="00364DA7" w:rsidRDefault="00000000">
            <w:pPr>
              <w:spacing w:after="0"/>
            </w:pPr>
            <w:r>
              <w:rPr>
                <w:color w:val="6B6B6B"/>
              </w:rPr>
              <w:t>_______________________________________________________</w:t>
            </w:r>
          </w:p>
        </w:tc>
      </w:tr>
      <w:tr w:rsidR="00364DA7" w14:paraId="69E146D4" w14:textId="77777777">
        <w:tc>
          <w:tcPr>
            <w:tcW w:w="2400" w:type="dxa"/>
            <w:tcBorders>
              <w:top w:val="single" w:sz="8" w:space="0" w:color="D9E2DE"/>
              <w:left w:val="single" w:sz="8" w:space="0" w:color="D9E2DE"/>
              <w:bottom w:val="single" w:sz="8" w:space="0" w:color="D9E2DE"/>
              <w:right w:val="single" w:sz="8" w:space="0" w:color="D9E2DE"/>
            </w:tcBorders>
            <w:shd w:val="clear" w:color="auto" w:fill="EAF4EE"/>
            <w:tcMar>
              <w:top w:w="110" w:type="dxa"/>
              <w:left w:w="130" w:type="dxa"/>
              <w:bottom w:w="110" w:type="dxa"/>
              <w:right w:w="130" w:type="dxa"/>
            </w:tcMar>
            <w:vAlign w:val="center"/>
          </w:tcPr>
          <w:p w14:paraId="53A963B0" w14:textId="77777777" w:rsidR="00364DA7" w:rsidRDefault="00000000">
            <w:pPr>
              <w:spacing w:after="0"/>
            </w:pPr>
            <w:r>
              <w:rPr>
                <w:b/>
                <w:color w:val="22322A"/>
              </w:rPr>
              <w:t>D.O.B</w:t>
            </w:r>
          </w:p>
        </w:tc>
        <w:tc>
          <w:tcPr>
            <w:tcW w:w="6960" w:type="dxa"/>
            <w:gridSpan w:val="2"/>
            <w:tcBorders>
              <w:top w:val="single" w:sz="8" w:space="0" w:color="D9E2DE"/>
              <w:left w:val="single" w:sz="8" w:space="0" w:color="D9E2DE"/>
              <w:bottom w:val="single" w:sz="8" w:space="0" w:color="D9E2DE"/>
              <w:right w:val="single" w:sz="8" w:space="0" w:color="D9E2DE"/>
            </w:tcBorders>
            <w:tcMar>
              <w:top w:w="110" w:type="dxa"/>
              <w:left w:w="130" w:type="dxa"/>
              <w:bottom w:w="110" w:type="dxa"/>
              <w:right w:w="130" w:type="dxa"/>
            </w:tcMar>
            <w:vAlign w:val="center"/>
          </w:tcPr>
          <w:p w14:paraId="24624AEE" w14:textId="77777777" w:rsidR="00364DA7" w:rsidRDefault="00000000">
            <w:pPr>
              <w:spacing w:after="0"/>
            </w:pPr>
            <w:r>
              <w:rPr>
                <w:color w:val="6B6B6B"/>
              </w:rPr>
              <w:t>_______________________________________________________</w:t>
            </w:r>
          </w:p>
        </w:tc>
      </w:tr>
      <w:tr w:rsidR="00364DA7" w14:paraId="03C3CDF3" w14:textId="77777777">
        <w:tc>
          <w:tcPr>
            <w:tcW w:w="2400" w:type="dxa"/>
            <w:tcBorders>
              <w:top w:val="single" w:sz="8" w:space="0" w:color="D9E2DE"/>
              <w:left w:val="single" w:sz="8" w:space="0" w:color="D9E2DE"/>
              <w:bottom w:val="single" w:sz="8" w:space="0" w:color="D9E2DE"/>
              <w:right w:val="single" w:sz="8" w:space="0" w:color="D9E2DE"/>
            </w:tcBorders>
            <w:shd w:val="clear" w:color="auto" w:fill="EAF4EE"/>
            <w:tcMar>
              <w:top w:w="110" w:type="dxa"/>
              <w:left w:w="130" w:type="dxa"/>
              <w:bottom w:w="110" w:type="dxa"/>
              <w:right w:w="130" w:type="dxa"/>
            </w:tcMar>
            <w:vAlign w:val="center"/>
          </w:tcPr>
          <w:p w14:paraId="02671FF7" w14:textId="77777777" w:rsidR="00364DA7" w:rsidRDefault="00000000">
            <w:pPr>
              <w:spacing w:after="0"/>
            </w:pPr>
            <w:r>
              <w:rPr>
                <w:b/>
                <w:color w:val="22322A"/>
              </w:rPr>
              <w:t>NI No.</w:t>
            </w:r>
          </w:p>
        </w:tc>
        <w:tc>
          <w:tcPr>
            <w:tcW w:w="6960" w:type="dxa"/>
            <w:gridSpan w:val="2"/>
            <w:tcBorders>
              <w:top w:val="single" w:sz="8" w:space="0" w:color="D9E2DE"/>
              <w:left w:val="single" w:sz="8" w:space="0" w:color="D9E2DE"/>
              <w:bottom w:val="single" w:sz="8" w:space="0" w:color="D9E2DE"/>
              <w:right w:val="single" w:sz="8" w:space="0" w:color="D9E2DE"/>
            </w:tcBorders>
            <w:tcMar>
              <w:top w:w="110" w:type="dxa"/>
              <w:left w:w="130" w:type="dxa"/>
              <w:bottom w:w="110" w:type="dxa"/>
              <w:right w:w="130" w:type="dxa"/>
            </w:tcMar>
            <w:vAlign w:val="center"/>
          </w:tcPr>
          <w:p w14:paraId="4941FE41" w14:textId="77777777" w:rsidR="00364DA7" w:rsidRDefault="00000000">
            <w:pPr>
              <w:spacing w:after="0"/>
            </w:pPr>
            <w:r>
              <w:rPr>
                <w:color w:val="6B6B6B"/>
              </w:rPr>
              <w:t>_______________________________________________________</w:t>
            </w:r>
          </w:p>
        </w:tc>
      </w:tr>
    </w:tbl>
    <w:p w14:paraId="09C08E97" w14:textId="77777777" w:rsidR="00364DA7" w:rsidRDefault="00364DA7">
      <w:pPr>
        <w:spacing w:after="160"/>
      </w:pPr>
    </w:p>
    <w:tbl>
      <w:tblPr>
        <w:tblW w:w="9360" w:type="dxa"/>
        <w:tblLayout w:type="fixed"/>
        <w:tblLook w:val="04A0" w:firstRow="1" w:lastRow="0" w:firstColumn="1" w:lastColumn="0" w:noHBand="0" w:noVBand="1"/>
      </w:tblPr>
      <w:tblGrid>
        <w:gridCol w:w="9350"/>
        <w:gridCol w:w="10"/>
      </w:tblGrid>
      <w:tr w:rsidR="00364DA7" w14:paraId="785B5153" w14:textId="77777777">
        <w:tc>
          <w:tcPr>
            <w:tcW w:w="9360" w:type="dxa"/>
            <w:gridSpan w:val="2"/>
            <w:tcBorders>
              <w:top w:val="single" w:sz="6" w:space="0" w:color="0E6E7A"/>
              <w:left w:val="single" w:sz="6" w:space="0" w:color="0E6E7A"/>
              <w:bottom w:val="single" w:sz="6" w:space="0" w:color="0E6E7A"/>
              <w:right w:val="single" w:sz="6" w:space="0" w:color="0E6E7A"/>
            </w:tcBorders>
            <w:shd w:val="clear" w:color="auto" w:fill="0E6E7A"/>
            <w:tcMar>
              <w:top w:w="120" w:type="dxa"/>
              <w:left w:w="150" w:type="dxa"/>
              <w:bottom w:w="120" w:type="dxa"/>
              <w:right w:w="150" w:type="dxa"/>
            </w:tcMar>
          </w:tcPr>
          <w:p w14:paraId="3B2AE9E2" w14:textId="77777777" w:rsidR="00364DA7" w:rsidRDefault="00000000">
            <w:pPr>
              <w:keepNext/>
              <w:spacing w:after="0"/>
            </w:pPr>
            <w:r>
              <w:rPr>
                <w:b/>
                <w:color w:val="FFFFFF"/>
                <w:sz w:val="24"/>
              </w:rPr>
              <w:t>Service Description</w:t>
            </w:r>
          </w:p>
        </w:tc>
      </w:tr>
      <w:tr w:rsidR="00364DA7" w14:paraId="115B561F" w14:textId="77777777">
        <w:trPr>
          <w:gridAfter w:val="1"/>
          <w:wAfter w:w="10" w:type="dxa"/>
        </w:trPr>
        <w:tc>
          <w:tcPr>
            <w:tcW w:w="9360" w:type="dxa"/>
            <w:tcBorders>
              <w:top w:val="single" w:sz="8" w:space="0" w:color="D9E2DE"/>
              <w:left w:val="single" w:sz="8" w:space="0" w:color="D9E2DE"/>
              <w:bottom w:val="single" w:sz="8" w:space="0" w:color="D9E2DE"/>
              <w:right w:val="single" w:sz="8" w:space="0" w:color="D9E2DE"/>
            </w:tcBorders>
            <w:shd w:val="clear" w:color="auto" w:fill="EAF6F7"/>
            <w:tcMar>
              <w:top w:w="140" w:type="dxa"/>
              <w:left w:w="160" w:type="dxa"/>
              <w:bottom w:w="140" w:type="dxa"/>
              <w:right w:w="160" w:type="dxa"/>
            </w:tcMar>
          </w:tcPr>
          <w:p w14:paraId="624BCF44" w14:textId="77777777" w:rsidR="00364DA7" w:rsidRDefault="00000000">
            <w:pPr>
              <w:spacing w:after="0"/>
            </w:pPr>
            <w:r>
              <w:rPr>
                <w:b/>
                <w:color w:val="22322A"/>
              </w:rPr>
              <w:t xml:space="preserve">Merseyside Housing &amp; Debt Advice provides </w:t>
            </w:r>
            <w:r>
              <w:t>free advice and support on areas of advice, e.g. housing, benefits, non-regulated debt, advocacy, and a listening ear. Our goal is to offer guidance and assistance to those most in need.</w:t>
            </w:r>
          </w:p>
        </w:tc>
      </w:tr>
    </w:tbl>
    <w:p w14:paraId="7803A4BF" w14:textId="77777777" w:rsidR="00364DA7" w:rsidRDefault="00364DA7">
      <w:pPr>
        <w:spacing w:after="160"/>
      </w:pPr>
    </w:p>
    <w:tbl>
      <w:tblPr>
        <w:tblW w:w="9360" w:type="dxa"/>
        <w:tblLayout w:type="fixed"/>
        <w:tblLook w:val="04A0" w:firstRow="1" w:lastRow="0" w:firstColumn="1" w:lastColumn="0" w:noHBand="0" w:noVBand="1"/>
      </w:tblPr>
      <w:tblGrid>
        <w:gridCol w:w="9350"/>
        <w:gridCol w:w="10"/>
      </w:tblGrid>
      <w:tr w:rsidR="00364DA7" w14:paraId="6C61C9E5" w14:textId="77777777">
        <w:tc>
          <w:tcPr>
            <w:tcW w:w="9360" w:type="dxa"/>
            <w:gridSpan w:val="2"/>
            <w:tcBorders>
              <w:top w:val="single" w:sz="6" w:space="0" w:color="145C2C"/>
              <w:left w:val="single" w:sz="6" w:space="0" w:color="145C2C"/>
              <w:bottom w:val="single" w:sz="6" w:space="0" w:color="145C2C"/>
              <w:right w:val="single" w:sz="6" w:space="0" w:color="145C2C"/>
            </w:tcBorders>
            <w:shd w:val="clear" w:color="auto" w:fill="145C2C"/>
            <w:tcMar>
              <w:top w:w="120" w:type="dxa"/>
              <w:left w:w="150" w:type="dxa"/>
              <w:bottom w:w="120" w:type="dxa"/>
              <w:right w:w="150" w:type="dxa"/>
            </w:tcMar>
          </w:tcPr>
          <w:p w14:paraId="3ED42A26" w14:textId="77777777" w:rsidR="00364DA7" w:rsidRDefault="00000000">
            <w:pPr>
              <w:keepNext/>
              <w:spacing w:after="0"/>
            </w:pPr>
            <w:r>
              <w:rPr>
                <w:b/>
                <w:color w:val="FFFFFF"/>
                <w:sz w:val="24"/>
              </w:rPr>
              <w:t>Consent to Service</w:t>
            </w:r>
          </w:p>
        </w:tc>
      </w:tr>
      <w:tr w:rsidR="00364DA7" w14:paraId="40CC25E4" w14:textId="77777777">
        <w:trPr>
          <w:gridAfter w:val="1"/>
          <w:wAfter w:w="10" w:type="dxa"/>
        </w:trPr>
        <w:tc>
          <w:tcPr>
            <w:tcW w:w="9360" w:type="dxa"/>
            <w:tcBorders>
              <w:top w:val="single" w:sz="8" w:space="0" w:color="D9E2DE"/>
              <w:left w:val="single" w:sz="8" w:space="0" w:color="D9E2DE"/>
              <w:bottom w:val="single" w:sz="8" w:space="0" w:color="D9E2DE"/>
              <w:right w:val="single" w:sz="8" w:space="0" w:color="D9E2DE"/>
            </w:tcBorders>
            <w:shd w:val="clear" w:color="auto" w:fill="FFFFFF"/>
            <w:tcMar>
              <w:top w:w="140" w:type="dxa"/>
              <w:left w:w="160" w:type="dxa"/>
              <w:bottom w:w="140" w:type="dxa"/>
              <w:right w:w="160" w:type="dxa"/>
            </w:tcMar>
          </w:tcPr>
          <w:p w14:paraId="0F2FBB17" w14:textId="77777777" w:rsidR="00364DA7" w:rsidRDefault="00000000">
            <w:pPr>
              <w:spacing w:after="0"/>
            </w:pPr>
            <w:r>
              <w:rPr>
                <w:b/>
                <w:color w:val="22322A"/>
              </w:rPr>
              <w:t xml:space="preserve">I, _______________________________________________ (client name), </w:t>
            </w:r>
            <w:r>
              <w:t>consent to receive advice and support services from MHDA. I understand that the advice provided is based on the information I supply and is intended to assist me in making informed decisions.</w:t>
            </w:r>
          </w:p>
          <w:p w14:paraId="7E8B4B13" w14:textId="02BE12FD" w:rsidR="00196FCE" w:rsidRDefault="00196FCE">
            <w:pPr>
              <w:spacing w:after="0"/>
            </w:pPr>
            <w:r>
              <w:t>Date _______________________</w:t>
            </w:r>
          </w:p>
        </w:tc>
      </w:tr>
    </w:tbl>
    <w:p w14:paraId="72D67DC2" w14:textId="77777777" w:rsidR="00364DA7" w:rsidRDefault="00364DA7">
      <w:pPr>
        <w:spacing w:after="160"/>
      </w:pPr>
    </w:p>
    <w:tbl>
      <w:tblPr>
        <w:tblW w:w="9360" w:type="dxa"/>
        <w:tblLayout w:type="fixed"/>
        <w:tblLook w:val="04A0" w:firstRow="1" w:lastRow="0" w:firstColumn="1" w:lastColumn="0" w:noHBand="0" w:noVBand="1"/>
      </w:tblPr>
      <w:tblGrid>
        <w:gridCol w:w="9360"/>
      </w:tblGrid>
      <w:tr w:rsidR="00364DA7" w14:paraId="7C5FDB79" w14:textId="77777777">
        <w:tc>
          <w:tcPr>
            <w:tcW w:w="9360" w:type="dxa"/>
            <w:tcBorders>
              <w:top w:val="single" w:sz="6" w:space="0" w:color="0E6E7A"/>
              <w:left w:val="single" w:sz="6" w:space="0" w:color="0E6E7A"/>
              <w:bottom w:val="single" w:sz="6" w:space="0" w:color="0E6E7A"/>
              <w:right w:val="single" w:sz="6" w:space="0" w:color="0E6E7A"/>
            </w:tcBorders>
            <w:shd w:val="clear" w:color="auto" w:fill="0E6E7A"/>
            <w:tcMar>
              <w:top w:w="120" w:type="dxa"/>
              <w:left w:w="150" w:type="dxa"/>
              <w:bottom w:w="120" w:type="dxa"/>
              <w:right w:w="150" w:type="dxa"/>
            </w:tcMar>
          </w:tcPr>
          <w:p w14:paraId="29A364D4" w14:textId="77777777" w:rsidR="00364DA7" w:rsidRDefault="00000000">
            <w:pPr>
              <w:keepNext/>
              <w:spacing w:after="0"/>
            </w:pPr>
            <w:r>
              <w:rPr>
                <w:b/>
                <w:color w:val="FFFFFF"/>
                <w:sz w:val="24"/>
              </w:rPr>
              <w:t>Confidentiality and Data Protection</w:t>
            </w:r>
          </w:p>
        </w:tc>
      </w:tr>
    </w:tbl>
    <w:p w14:paraId="0473B596" w14:textId="77777777" w:rsidR="00364DA7" w:rsidRDefault="00000000">
      <w:pPr>
        <w:spacing w:after="80"/>
        <w:ind w:left="85"/>
      </w:pPr>
      <w:r>
        <w:rPr>
          <w:b/>
          <w:color w:val="145C2C"/>
        </w:rPr>
        <w:t xml:space="preserve">Use of Information: </w:t>
      </w:r>
      <w:r>
        <w:t>I understand that the information I provide will be used by MHDA to deliver the advice and support service. This information may include personal, financial, and other sensitive data.</w:t>
      </w:r>
    </w:p>
    <w:p w14:paraId="6609DC16" w14:textId="77777777" w:rsidR="00364DA7" w:rsidRDefault="00000000">
      <w:pPr>
        <w:spacing w:after="80"/>
        <w:ind w:left="85"/>
      </w:pPr>
      <w:r>
        <w:rPr>
          <w:b/>
          <w:color w:val="145C2C"/>
        </w:rPr>
        <w:t xml:space="preserve">Storage of Information: </w:t>
      </w:r>
      <w:r>
        <w:t>My information will be stored securely and confidentially by MHDA in compliance with data protection laws.</w:t>
      </w:r>
    </w:p>
    <w:p w14:paraId="234D125C" w14:textId="77777777" w:rsidR="00364DA7" w:rsidRDefault="00000000">
      <w:pPr>
        <w:spacing w:after="80"/>
        <w:ind w:left="85"/>
      </w:pPr>
      <w:r>
        <w:rPr>
          <w:b/>
          <w:color w:val="145C2C"/>
        </w:rPr>
        <w:t xml:space="preserve">Sharing of Information: </w:t>
      </w:r>
      <w:r>
        <w:t>I understand that my information will not be shared with third parties without my explicit consent, unless required by law or in situations where there is a risk of harm.</w:t>
      </w:r>
    </w:p>
    <w:p w14:paraId="5EC60925" w14:textId="77777777" w:rsidR="00364DA7" w:rsidRDefault="00364DA7">
      <w:pPr>
        <w:spacing w:after="80"/>
      </w:pPr>
    </w:p>
    <w:tbl>
      <w:tblPr>
        <w:tblW w:w="9360" w:type="dxa"/>
        <w:tblLayout w:type="fixed"/>
        <w:tblLook w:val="04A0" w:firstRow="1" w:lastRow="0" w:firstColumn="1" w:lastColumn="0" w:noHBand="0" w:noVBand="1"/>
      </w:tblPr>
      <w:tblGrid>
        <w:gridCol w:w="9360"/>
      </w:tblGrid>
      <w:tr w:rsidR="00364DA7" w14:paraId="02422E2F" w14:textId="77777777">
        <w:tc>
          <w:tcPr>
            <w:tcW w:w="9360" w:type="dxa"/>
            <w:tcBorders>
              <w:top w:val="single" w:sz="6" w:space="0" w:color="145C2C"/>
              <w:left w:val="single" w:sz="6" w:space="0" w:color="145C2C"/>
              <w:bottom w:val="single" w:sz="6" w:space="0" w:color="145C2C"/>
              <w:right w:val="single" w:sz="6" w:space="0" w:color="145C2C"/>
            </w:tcBorders>
            <w:shd w:val="clear" w:color="auto" w:fill="145C2C"/>
            <w:tcMar>
              <w:top w:w="120" w:type="dxa"/>
              <w:left w:w="150" w:type="dxa"/>
              <w:bottom w:w="120" w:type="dxa"/>
              <w:right w:w="150" w:type="dxa"/>
            </w:tcMar>
          </w:tcPr>
          <w:p w14:paraId="6E59B358" w14:textId="77777777" w:rsidR="00364DA7" w:rsidRDefault="00000000">
            <w:pPr>
              <w:keepNext/>
              <w:spacing w:after="0"/>
            </w:pPr>
            <w:r>
              <w:rPr>
                <w:b/>
                <w:color w:val="FFFFFF"/>
                <w:sz w:val="24"/>
              </w:rPr>
              <w:t>Client Rights and Responsibilities</w:t>
            </w:r>
          </w:p>
        </w:tc>
      </w:tr>
    </w:tbl>
    <w:p w14:paraId="3FF27440" w14:textId="77777777" w:rsidR="00364DA7" w:rsidRDefault="00000000">
      <w:pPr>
        <w:spacing w:after="80"/>
        <w:ind w:left="85"/>
      </w:pPr>
      <w:r>
        <w:rPr>
          <w:b/>
          <w:color w:val="0E6E7A"/>
        </w:rPr>
        <w:t xml:space="preserve">Right to Withdraw Consent: </w:t>
      </w:r>
      <w:r>
        <w:t>I understand that I can withdraw my consent at any time by notifying MHDA. This may affect the ability of MHDA to provide services to me.</w:t>
      </w:r>
    </w:p>
    <w:p w14:paraId="5362976A" w14:textId="77777777" w:rsidR="00364DA7" w:rsidRDefault="00000000">
      <w:pPr>
        <w:spacing w:after="80"/>
        <w:ind w:left="85"/>
      </w:pPr>
      <w:r>
        <w:rPr>
          <w:b/>
          <w:color w:val="0E6E7A"/>
        </w:rPr>
        <w:t xml:space="preserve">Accuracy of Information: </w:t>
      </w:r>
      <w:r>
        <w:t>I agree to provide accurate and complete information to the best of my ability and to inform MHDA of any changes to my situation that may affect the advice given.</w:t>
      </w:r>
    </w:p>
    <w:p w14:paraId="08579806" w14:textId="77777777" w:rsidR="00364DA7" w:rsidRDefault="00000000">
      <w:pPr>
        <w:spacing w:after="80"/>
        <w:ind w:left="85"/>
      </w:pPr>
      <w:r>
        <w:rPr>
          <w:b/>
          <w:color w:val="0E6E7A"/>
        </w:rPr>
        <w:t xml:space="preserve">Follow-up and Feedback: </w:t>
      </w:r>
      <w:r>
        <w:t>I agree to participate in follow-up communications and provide feedback on the services received to help MHDA improve its offerings.</w:t>
      </w:r>
    </w:p>
    <w:p w14:paraId="236FE1D8" w14:textId="77777777" w:rsidR="00364DA7" w:rsidRDefault="00364DA7">
      <w:pPr>
        <w:spacing w:after="80"/>
      </w:pPr>
    </w:p>
    <w:tbl>
      <w:tblPr>
        <w:tblW w:w="9360" w:type="dxa"/>
        <w:tblLayout w:type="fixed"/>
        <w:tblLook w:val="04A0" w:firstRow="1" w:lastRow="0" w:firstColumn="1" w:lastColumn="0" w:noHBand="0" w:noVBand="1"/>
      </w:tblPr>
      <w:tblGrid>
        <w:gridCol w:w="9350"/>
        <w:gridCol w:w="10"/>
      </w:tblGrid>
      <w:tr w:rsidR="00364DA7" w14:paraId="762A8A29" w14:textId="77777777">
        <w:tc>
          <w:tcPr>
            <w:tcW w:w="9360" w:type="dxa"/>
            <w:gridSpan w:val="2"/>
            <w:tcBorders>
              <w:top w:val="single" w:sz="6" w:space="0" w:color="0E6E7A"/>
              <w:left w:val="single" w:sz="6" w:space="0" w:color="0E6E7A"/>
              <w:bottom w:val="single" w:sz="6" w:space="0" w:color="0E6E7A"/>
              <w:right w:val="single" w:sz="6" w:space="0" w:color="0E6E7A"/>
            </w:tcBorders>
            <w:shd w:val="clear" w:color="auto" w:fill="0E6E7A"/>
            <w:tcMar>
              <w:top w:w="120" w:type="dxa"/>
              <w:left w:w="150" w:type="dxa"/>
              <w:bottom w:w="120" w:type="dxa"/>
              <w:right w:w="150" w:type="dxa"/>
            </w:tcMar>
          </w:tcPr>
          <w:p w14:paraId="1637CFC6" w14:textId="77777777" w:rsidR="00364DA7" w:rsidRDefault="00000000">
            <w:pPr>
              <w:keepNext/>
              <w:spacing w:after="0"/>
            </w:pPr>
            <w:r>
              <w:rPr>
                <w:b/>
                <w:color w:val="FFFFFF"/>
                <w:sz w:val="24"/>
              </w:rPr>
              <w:t>Liability</w:t>
            </w:r>
          </w:p>
        </w:tc>
      </w:tr>
      <w:tr w:rsidR="00364DA7" w14:paraId="6CAEC88E" w14:textId="77777777">
        <w:trPr>
          <w:gridAfter w:val="1"/>
          <w:wAfter w:w="10" w:type="dxa"/>
        </w:trPr>
        <w:tc>
          <w:tcPr>
            <w:tcW w:w="9360" w:type="dxa"/>
            <w:tcBorders>
              <w:top w:val="single" w:sz="8" w:space="0" w:color="D9E2DE"/>
              <w:left w:val="single" w:sz="8" w:space="0" w:color="D9E2DE"/>
              <w:bottom w:val="single" w:sz="8" w:space="0" w:color="D9E2DE"/>
              <w:right w:val="single" w:sz="8" w:space="0" w:color="D9E2DE"/>
            </w:tcBorders>
            <w:shd w:val="clear" w:color="auto" w:fill="FFFFFF"/>
            <w:tcMar>
              <w:top w:w="140" w:type="dxa"/>
              <w:left w:w="160" w:type="dxa"/>
              <w:bottom w:w="140" w:type="dxa"/>
              <w:right w:w="160" w:type="dxa"/>
            </w:tcMar>
          </w:tcPr>
          <w:p w14:paraId="59033FAD" w14:textId="77777777" w:rsidR="00364DA7" w:rsidRDefault="00000000">
            <w:pPr>
              <w:spacing w:after="0"/>
            </w:pPr>
            <w:r>
              <w:rPr>
                <w:b/>
                <w:color w:val="22322A"/>
              </w:rPr>
              <w:t xml:space="preserve">I understand </w:t>
            </w:r>
            <w:r>
              <w:t>that while MHDA strives to provide accurate and up-to-date advice, the responsibility for any decisions made based on this advice rests with me. MHDA and its advisors are not liable for any outcomes resulting from the use of the advice provided.</w:t>
            </w:r>
          </w:p>
        </w:tc>
      </w:tr>
    </w:tbl>
    <w:p w14:paraId="0850E155" w14:textId="77777777" w:rsidR="00364DA7" w:rsidRDefault="00364DA7">
      <w:pPr>
        <w:sectPr w:rsidR="00364DA7">
          <w:footerReference w:type="default" r:id="rId9"/>
          <w:pgSz w:w="11906" w:h="16838"/>
          <w:pgMar w:top="794" w:right="907" w:bottom="765" w:left="907" w:header="720" w:footer="720" w:gutter="0"/>
          <w:cols w:space="720"/>
          <w:docGrid w:linePitch="360"/>
        </w:sectPr>
      </w:pPr>
    </w:p>
    <w:tbl>
      <w:tblPr>
        <w:tblW w:w="9360" w:type="dxa"/>
        <w:tblLayout w:type="fixed"/>
        <w:tblLook w:val="04A0" w:firstRow="1" w:lastRow="0" w:firstColumn="1" w:lastColumn="0" w:noHBand="0" w:noVBand="1"/>
      </w:tblPr>
      <w:tblGrid>
        <w:gridCol w:w="9360"/>
      </w:tblGrid>
      <w:tr w:rsidR="00364DA7" w14:paraId="550EDF51" w14:textId="77777777">
        <w:tc>
          <w:tcPr>
            <w:tcW w:w="9360" w:type="dxa"/>
            <w:tcBorders>
              <w:top w:val="single" w:sz="6" w:space="0" w:color="145C2C"/>
              <w:left w:val="single" w:sz="6" w:space="0" w:color="145C2C"/>
              <w:bottom w:val="single" w:sz="6" w:space="0" w:color="145C2C"/>
              <w:right w:val="single" w:sz="6" w:space="0" w:color="145C2C"/>
            </w:tcBorders>
            <w:shd w:val="clear" w:color="auto" w:fill="145C2C"/>
            <w:tcMar>
              <w:top w:w="120" w:type="dxa"/>
              <w:left w:w="150" w:type="dxa"/>
              <w:bottom w:w="120" w:type="dxa"/>
              <w:right w:w="150" w:type="dxa"/>
            </w:tcMar>
          </w:tcPr>
          <w:p w14:paraId="21E1232B" w14:textId="77777777" w:rsidR="00364DA7" w:rsidRDefault="00000000">
            <w:pPr>
              <w:keepNext/>
              <w:spacing w:after="0"/>
            </w:pPr>
            <w:r>
              <w:rPr>
                <w:b/>
                <w:color w:val="FFFFFF"/>
                <w:sz w:val="24"/>
              </w:rPr>
              <w:lastRenderedPageBreak/>
              <w:t>Section 3 - Third Party Consent Declaration</w:t>
            </w:r>
          </w:p>
        </w:tc>
      </w:tr>
    </w:tbl>
    <w:p w14:paraId="369A1732" w14:textId="77777777" w:rsidR="00364DA7" w:rsidRDefault="00000000">
      <w:pPr>
        <w:spacing w:after="140"/>
        <w:ind w:left="85"/>
      </w:pPr>
      <w:r>
        <w:t>I hereby give my full and informed consent for the above-named person to act on my behalf in all correspondence with MHDA and for them to discuss and handle any issues raised on my behalf.</w:t>
      </w:r>
    </w:p>
    <w:p w14:paraId="50789ACD" w14:textId="77777777" w:rsidR="00364DA7" w:rsidRDefault="00000000">
      <w:pPr>
        <w:spacing w:after="140"/>
        <w:ind w:left="85"/>
      </w:pPr>
      <w:r>
        <w:t>I authorise MHDA staff to make enquiries and share relevant information, including personal and sensitive data, with appropriate third parties (such as government departments, local authorities, housing providers or other agencies) for the purpose of assisting with my case.</w:t>
      </w:r>
    </w:p>
    <w:p w14:paraId="3DD788CF" w14:textId="77777777" w:rsidR="00364DA7" w:rsidRDefault="00000000">
      <w:pPr>
        <w:spacing w:after="140"/>
        <w:ind w:left="85"/>
      </w:pPr>
      <w:r>
        <w:t>I confirm that I understand what this means and that I can withdraw this consent at any time in writing.</w:t>
      </w:r>
    </w:p>
    <w:p w14:paraId="10A83AFA" w14:textId="77777777" w:rsidR="00364DA7" w:rsidRDefault="00364DA7">
      <w:pPr>
        <w:spacing w:after="80"/>
      </w:pPr>
    </w:p>
    <w:tbl>
      <w:tblPr>
        <w:tblW w:w="9360" w:type="dxa"/>
        <w:tblLayout w:type="fixed"/>
        <w:tblLook w:val="04A0" w:firstRow="1" w:lastRow="0" w:firstColumn="1" w:lastColumn="0" w:noHBand="0" w:noVBand="1"/>
      </w:tblPr>
      <w:tblGrid>
        <w:gridCol w:w="1700"/>
        <w:gridCol w:w="2980"/>
        <w:gridCol w:w="1200"/>
        <w:gridCol w:w="3480"/>
      </w:tblGrid>
      <w:tr w:rsidR="00364DA7" w14:paraId="27CFDD33" w14:textId="77777777">
        <w:tc>
          <w:tcPr>
            <w:tcW w:w="1700" w:type="dxa"/>
            <w:tcBorders>
              <w:top w:val="single" w:sz="8" w:space="0" w:color="D9E2DE"/>
              <w:left w:val="single" w:sz="8" w:space="0" w:color="D9E2DE"/>
              <w:bottom w:val="single" w:sz="8" w:space="0" w:color="D9E2DE"/>
              <w:right w:val="single" w:sz="8" w:space="0" w:color="D9E2DE"/>
            </w:tcBorders>
            <w:shd w:val="clear" w:color="auto" w:fill="EAF4EE"/>
            <w:tcMar>
              <w:top w:w="110" w:type="dxa"/>
              <w:left w:w="120" w:type="dxa"/>
              <w:bottom w:w="110" w:type="dxa"/>
              <w:right w:w="120" w:type="dxa"/>
            </w:tcMar>
            <w:vAlign w:val="center"/>
          </w:tcPr>
          <w:p w14:paraId="20EB5121" w14:textId="77777777" w:rsidR="00364DA7" w:rsidRDefault="00000000">
            <w:pPr>
              <w:spacing w:after="0"/>
            </w:pPr>
            <w:r>
              <w:rPr>
                <w:b/>
                <w:color w:val="22322A"/>
                <w:sz w:val="20"/>
              </w:rPr>
              <w:t>Signed (Client):</w:t>
            </w:r>
          </w:p>
        </w:tc>
        <w:tc>
          <w:tcPr>
            <w:tcW w:w="2980" w:type="dxa"/>
            <w:tcBorders>
              <w:top w:val="single" w:sz="8" w:space="0" w:color="D9E2DE"/>
              <w:left w:val="single" w:sz="8" w:space="0" w:color="D9E2DE"/>
              <w:bottom w:val="single" w:sz="8" w:space="0" w:color="D9E2DE"/>
              <w:right w:val="single" w:sz="8" w:space="0" w:color="D9E2DE"/>
            </w:tcBorders>
            <w:tcMar>
              <w:top w:w="110" w:type="dxa"/>
              <w:left w:w="120" w:type="dxa"/>
              <w:bottom w:w="110" w:type="dxa"/>
              <w:right w:w="120" w:type="dxa"/>
            </w:tcMar>
            <w:vAlign w:val="center"/>
          </w:tcPr>
          <w:p w14:paraId="7E941D53" w14:textId="77777777" w:rsidR="00364DA7" w:rsidRDefault="00000000">
            <w:pPr>
              <w:spacing w:after="0"/>
            </w:pPr>
            <w:r>
              <w:rPr>
                <w:color w:val="7A7A7A"/>
                <w:sz w:val="20"/>
              </w:rPr>
              <w:t>________________________________</w:t>
            </w:r>
          </w:p>
        </w:tc>
        <w:tc>
          <w:tcPr>
            <w:tcW w:w="1200" w:type="dxa"/>
            <w:tcBorders>
              <w:top w:val="single" w:sz="8" w:space="0" w:color="D9E2DE"/>
              <w:left w:val="single" w:sz="8" w:space="0" w:color="D9E2DE"/>
              <w:bottom w:val="single" w:sz="8" w:space="0" w:color="D9E2DE"/>
              <w:right w:val="single" w:sz="8" w:space="0" w:color="D9E2DE"/>
            </w:tcBorders>
            <w:shd w:val="clear" w:color="auto" w:fill="EAF4EE"/>
            <w:tcMar>
              <w:top w:w="110" w:type="dxa"/>
              <w:left w:w="120" w:type="dxa"/>
              <w:bottom w:w="110" w:type="dxa"/>
              <w:right w:w="120" w:type="dxa"/>
            </w:tcMar>
            <w:vAlign w:val="center"/>
          </w:tcPr>
          <w:p w14:paraId="1335FE27" w14:textId="77777777" w:rsidR="00364DA7" w:rsidRDefault="00000000">
            <w:pPr>
              <w:spacing w:after="0"/>
            </w:pPr>
            <w:r>
              <w:rPr>
                <w:b/>
                <w:color w:val="22322A"/>
                <w:sz w:val="20"/>
              </w:rPr>
              <w:t>Date:</w:t>
            </w:r>
          </w:p>
        </w:tc>
        <w:tc>
          <w:tcPr>
            <w:tcW w:w="3480" w:type="dxa"/>
            <w:tcBorders>
              <w:top w:val="single" w:sz="8" w:space="0" w:color="D9E2DE"/>
              <w:left w:val="single" w:sz="8" w:space="0" w:color="D9E2DE"/>
              <w:bottom w:val="single" w:sz="8" w:space="0" w:color="D9E2DE"/>
              <w:right w:val="single" w:sz="8" w:space="0" w:color="D9E2DE"/>
            </w:tcBorders>
            <w:tcMar>
              <w:top w:w="110" w:type="dxa"/>
              <w:left w:w="120" w:type="dxa"/>
              <w:bottom w:w="110" w:type="dxa"/>
              <w:right w:w="120" w:type="dxa"/>
            </w:tcMar>
            <w:vAlign w:val="center"/>
          </w:tcPr>
          <w:p w14:paraId="1963E188" w14:textId="77777777" w:rsidR="00364DA7" w:rsidRDefault="00000000">
            <w:pPr>
              <w:spacing w:after="0"/>
            </w:pPr>
            <w:r>
              <w:rPr>
                <w:color w:val="7A7A7A"/>
                <w:sz w:val="20"/>
              </w:rPr>
              <w:t>________________________________</w:t>
            </w:r>
          </w:p>
        </w:tc>
      </w:tr>
      <w:tr w:rsidR="00364DA7" w14:paraId="14D0B21C" w14:textId="77777777">
        <w:tc>
          <w:tcPr>
            <w:tcW w:w="1700" w:type="dxa"/>
            <w:tcBorders>
              <w:top w:val="single" w:sz="8" w:space="0" w:color="D9E2DE"/>
              <w:left w:val="single" w:sz="8" w:space="0" w:color="D9E2DE"/>
              <w:bottom w:val="single" w:sz="8" w:space="0" w:color="D9E2DE"/>
              <w:right w:val="single" w:sz="8" w:space="0" w:color="D9E2DE"/>
            </w:tcBorders>
            <w:shd w:val="clear" w:color="auto" w:fill="EAF4EE"/>
            <w:tcMar>
              <w:top w:w="110" w:type="dxa"/>
              <w:left w:w="120" w:type="dxa"/>
              <w:bottom w:w="110" w:type="dxa"/>
              <w:right w:w="120" w:type="dxa"/>
            </w:tcMar>
            <w:vAlign w:val="center"/>
          </w:tcPr>
          <w:p w14:paraId="6C65A93E" w14:textId="77777777" w:rsidR="00364DA7" w:rsidRDefault="00000000">
            <w:pPr>
              <w:spacing w:after="0"/>
            </w:pPr>
            <w:r>
              <w:rPr>
                <w:b/>
                <w:color w:val="22322A"/>
                <w:sz w:val="20"/>
              </w:rPr>
              <w:t>Print Name:</w:t>
            </w:r>
          </w:p>
        </w:tc>
        <w:tc>
          <w:tcPr>
            <w:tcW w:w="2980" w:type="dxa"/>
            <w:tcBorders>
              <w:top w:val="single" w:sz="8" w:space="0" w:color="D9E2DE"/>
              <w:left w:val="single" w:sz="8" w:space="0" w:color="D9E2DE"/>
              <w:bottom w:val="single" w:sz="8" w:space="0" w:color="D9E2DE"/>
              <w:right w:val="single" w:sz="8" w:space="0" w:color="D9E2DE"/>
            </w:tcBorders>
            <w:tcMar>
              <w:top w:w="110" w:type="dxa"/>
              <w:left w:w="120" w:type="dxa"/>
              <w:bottom w:w="110" w:type="dxa"/>
              <w:right w:w="120" w:type="dxa"/>
            </w:tcMar>
            <w:vAlign w:val="center"/>
          </w:tcPr>
          <w:p w14:paraId="131AA6D0" w14:textId="77777777" w:rsidR="00364DA7" w:rsidRDefault="00000000">
            <w:pPr>
              <w:spacing w:after="0"/>
            </w:pPr>
            <w:r>
              <w:rPr>
                <w:color w:val="7A7A7A"/>
                <w:sz w:val="20"/>
              </w:rPr>
              <w:t>________________________________</w:t>
            </w:r>
          </w:p>
        </w:tc>
        <w:tc>
          <w:tcPr>
            <w:tcW w:w="1200" w:type="dxa"/>
            <w:tcBorders>
              <w:top w:val="single" w:sz="8" w:space="0" w:color="D9E2DE"/>
              <w:left w:val="single" w:sz="8" w:space="0" w:color="D9E2DE"/>
              <w:bottom w:val="single" w:sz="8" w:space="0" w:color="D9E2DE"/>
              <w:right w:val="single" w:sz="8" w:space="0" w:color="D9E2DE"/>
            </w:tcBorders>
            <w:shd w:val="clear" w:color="auto" w:fill="EAF4EE"/>
            <w:tcMar>
              <w:top w:w="110" w:type="dxa"/>
              <w:left w:w="120" w:type="dxa"/>
              <w:bottom w:w="110" w:type="dxa"/>
              <w:right w:w="120" w:type="dxa"/>
            </w:tcMar>
            <w:vAlign w:val="center"/>
          </w:tcPr>
          <w:p w14:paraId="007E33A3" w14:textId="77777777" w:rsidR="00364DA7" w:rsidRDefault="00000000">
            <w:pPr>
              <w:spacing w:after="0"/>
            </w:pPr>
            <w:r>
              <w:rPr>
                <w:b/>
                <w:color w:val="22322A"/>
                <w:sz w:val="20"/>
              </w:rPr>
              <w:t>Advisor:</w:t>
            </w:r>
          </w:p>
        </w:tc>
        <w:tc>
          <w:tcPr>
            <w:tcW w:w="3480" w:type="dxa"/>
            <w:tcBorders>
              <w:top w:val="single" w:sz="8" w:space="0" w:color="D9E2DE"/>
              <w:left w:val="single" w:sz="8" w:space="0" w:color="D9E2DE"/>
              <w:bottom w:val="single" w:sz="8" w:space="0" w:color="D9E2DE"/>
              <w:right w:val="single" w:sz="8" w:space="0" w:color="D9E2DE"/>
            </w:tcBorders>
            <w:tcMar>
              <w:top w:w="110" w:type="dxa"/>
              <w:left w:w="120" w:type="dxa"/>
              <w:bottom w:w="110" w:type="dxa"/>
              <w:right w:w="120" w:type="dxa"/>
            </w:tcMar>
            <w:vAlign w:val="center"/>
          </w:tcPr>
          <w:p w14:paraId="048F9EEE" w14:textId="77777777" w:rsidR="00364DA7" w:rsidRDefault="00000000">
            <w:pPr>
              <w:spacing w:after="0"/>
            </w:pPr>
            <w:r>
              <w:rPr>
                <w:color w:val="7A7A7A"/>
                <w:sz w:val="20"/>
              </w:rPr>
              <w:t>________________________________</w:t>
            </w:r>
          </w:p>
        </w:tc>
      </w:tr>
      <w:tr w:rsidR="00364DA7" w14:paraId="0D60DBA1" w14:textId="77777777">
        <w:tc>
          <w:tcPr>
            <w:tcW w:w="1700" w:type="dxa"/>
            <w:tcBorders>
              <w:top w:val="single" w:sz="8" w:space="0" w:color="D9E2DE"/>
              <w:left w:val="single" w:sz="8" w:space="0" w:color="D9E2DE"/>
              <w:bottom w:val="single" w:sz="8" w:space="0" w:color="D9E2DE"/>
              <w:right w:val="single" w:sz="8" w:space="0" w:color="D9E2DE"/>
            </w:tcBorders>
            <w:shd w:val="clear" w:color="auto" w:fill="EAF4EE"/>
            <w:tcMar>
              <w:top w:w="110" w:type="dxa"/>
              <w:left w:w="120" w:type="dxa"/>
              <w:bottom w:w="110" w:type="dxa"/>
              <w:right w:w="120" w:type="dxa"/>
            </w:tcMar>
            <w:vAlign w:val="center"/>
          </w:tcPr>
          <w:p w14:paraId="254D8A23" w14:textId="77777777" w:rsidR="00364DA7" w:rsidRDefault="00000000">
            <w:pPr>
              <w:spacing w:after="0"/>
            </w:pPr>
            <w:r>
              <w:rPr>
                <w:b/>
                <w:color w:val="22322A"/>
                <w:sz w:val="20"/>
              </w:rPr>
              <w:t>Third Party Name:</w:t>
            </w:r>
          </w:p>
        </w:tc>
        <w:tc>
          <w:tcPr>
            <w:tcW w:w="2980" w:type="dxa"/>
            <w:tcBorders>
              <w:top w:val="single" w:sz="8" w:space="0" w:color="D9E2DE"/>
              <w:left w:val="single" w:sz="8" w:space="0" w:color="D9E2DE"/>
              <w:bottom w:val="single" w:sz="8" w:space="0" w:color="D9E2DE"/>
              <w:right w:val="single" w:sz="8" w:space="0" w:color="D9E2DE"/>
            </w:tcBorders>
            <w:tcMar>
              <w:top w:w="110" w:type="dxa"/>
              <w:left w:w="120" w:type="dxa"/>
              <w:bottom w:w="110" w:type="dxa"/>
              <w:right w:w="120" w:type="dxa"/>
            </w:tcMar>
            <w:vAlign w:val="center"/>
          </w:tcPr>
          <w:p w14:paraId="2AB9307F" w14:textId="77777777" w:rsidR="00364DA7" w:rsidRDefault="00000000">
            <w:pPr>
              <w:spacing w:after="0"/>
            </w:pPr>
            <w:r>
              <w:rPr>
                <w:color w:val="7A7A7A"/>
                <w:sz w:val="20"/>
              </w:rPr>
              <w:t>________________________________</w:t>
            </w:r>
          </w:p>
        </w:tc>
        <w:tc>
          <w:tcPr>
            <w:tcW w:w="1200" w:type="dxa"/>
            <w:tcBorders>
              <w:top w:val="single" w:sz="8" w:space="0" w:color="D9E2DE"/>
              <w:left w:val="single" w:sz="8" w:space="0" w:color="D9E2DE"/>
              <w:bottom w:val="single" w:sz="8" w:space="0" w:color="D9E2DE"/>
              <w:right w:val="single" w:sz="8" w:space="0" w:color="D9E2DE"/>
            </w:tcBorders>
            <w:shd w:val="clear" w:color="auto" w:fill="EAF4EE"/>
            <w:tcMar>
              <w:top w:w="110" w:type="dxa"/>
              <w:left w:w="120" w:type="dxa"/>
              <w:bottom w:w="110" w:type="dxa"/>
              <w:right w:w="120" w:type="dxa"/>
            </w:tcMar>
            <w:vAlign w:val="center"/>
          </w:tcPr>
          <w:p w14:paraId="1D8644A4" w14:textId="77777777" w:rsidR="00364DA7" w:rsidRDefault="00000000">
            <w:pPr>
              <w:spacing w:after="0"/>
            </w:pPr>
            <w:r>
              <w:rPr>
                <w:b/>
                <w:color w:val="22322A"/>
                <w:sz w:val="20"/>
              </w:rPr>
              <w:t>Relationship:</w:t>
            </w:r>
          </w:p>
        </w:tc>
        <w:tc>
          <w:tcPr>
            <w:tcW w:w="3480" w:type="dxa"/>
            <w:tcBorders>
              <w:top w:val="single" w:sz="8" w:space="0" w:color="D9E2DE"/>
              <w:left w:val="single" w:sz="8" w:space="0" w:color="D9E2DE"/>
              <w:bottom w:val="single" w:sz="8" w:space="0" w:color="D9E2DE"/>
              <w:right w:val="single" w:sz="8" w:space="0" w:color="D9E2DE"/>
            </w:tcBorders>
            <w:tcMar>
              <w:top w:w="110" w:type="dxa"/>
              <w:left w:w="120" w:type="dxa"/>
              <w:bottom w:w="110" w:type="dxa"/>
              <w:right w:w="120" w:type="dxa"/>
            </w:tcMar>
            <w:vAlign w:val="center"/>
          </w:tcPr>
          <w:p w14:paraId="43040C83" w14:textId="77777777" w:rsidR="00364DA7" w:rsidRDefault="00000000">
            <w:pPr>
              <w:spacing w:after="0"/>
            </w:pPr>
            <w:r>
              <w:rPr>
                <w:color w:val="7A7A7A"/>
                <w:sz w:val="20"/>
              </w:rPr>
              <w:t>________________________________</w:t>
            </w:r>
          </w:p>
        </w:tc>
      </w:tr>
    </w:tbl>
    <w:p w14:paraId="57D66164" w14:textId="77777777" w:rsidR="00364DA7" w:rsidRDefault="00364DA7"/>
    <w:tbl>
      <w:tblPr>
        <w:tblW w:w="9360" w:type="dxa"/>
        <w:tblLayout w:type="fixed"/>
        <w:tblLook w:val="04A0" w:firstRow="1" w:lastRow="0" w:firstColumn="1" w:lastColumn="0" w:noHBand="0" w:noVBand="1"/>
      </w:tblPr>
      <w:tblGrid>
        <w:gridCol w:w="9350"/>
        <w:gridCol w:w="10"/>
      </w:tblGrid>
      <w:tr w:rsidR="00364DA7" w14:paraId="31BAEC1B" w14:textId="77777777">
        <w:tc>
          <w:tcPr>
            <w:tcW w:w="9360" w:type="dxa"/>
            <w:gridSpan w:val="2"/>
            <w:tcBorders>
              <w:top w:val="single" w:sz="6" w:space="0" w:color="0E6E7A"/>
              <w:left w:val="single" w:sz="6" w:space="0" w:color="0E6E7A"/>
              <w:bottom w:val="single" w:sz="6" w:space="0" w:color="0E6E7A"/>
              <w:right w:val="single" w:sz="6" w:space="0" w:color="0E6E7A"/>
            </w:tcBorders>
            <w:shd w:val="clear" w:color="auto" w:fill="0E6E7A"/>
            <w:tcMar>
              <w:top w:w="120" w:type="dxa"/>
              <w:left w:w="150" w:type="dxa"/>
              <w:bottom w:w="120" w:type="dxa"/>
              <w:right w:w="150" w:type="dxa"/>
            </w:tcMar>
          </w:tcPr>
          <w:p w14:paraId="5663121E" w14:textId="77777777" w:rsidR="00364DA7" w:rsidRDefault="00000000">
            <w:pPr>
              <w:keepNext/>
              <w:spacing w:after="0"/>
            </w:pPr>
            <w:r>
              <w:rPr>
                <w:b/>
                <w:color w:val="FFFFFF"/>
                <w:sz w:val="24"/>
              </w:rPr>
              <w:t>Contact Information</w:t>
            </w:r>
          </w:p>
        </w:tc>
      </w:tr>
      <w:tr w:rsidR="00364DA7" w14:paraId="6738306A" w14:textId="77777777">
        <w:trPr>
          <w:gridAfter w:val="1"/>
          <w:wAfter w:w="10" w:type="dxa"/>
        </w:trPr>
        <w:tc>
          <w:tcPr>
            <w:tcW w:w="9360" w:type="dxa"/>
            <w:tcBorders>
              <w:top w:val="single" w:sz="8" w:space="0" w:color="D9E2DE"/>
              <w:left w:val="single" w:sz="8" w:space="0" w:color="D9E2DE"/>
              <w:bottom w:val="single" w:sz="8" w:space="0" w:color="D9E2DE"/>
              <w:right w:val="single" w:sz="8" w:space="0" w:color="D9E2DE"/>
            </w:tcBorders>
            <w:shd w:val="clear" w:color="auto" w:fill="EAF6F7"/>
            <w:tcMar>
              <w:top w:w="140" w:type="dxa"/>
              <w:left w:w="160" w:type="dxa"/>
              <w:bottom w:w="140" w:type="dxa"/>
              <w:right w:w="160" w:type="dxa"/>
            </w:tcMar>
          </w:tcPr>
          <w:p w14:paraId="6B008E2A" w14:textId="77777777" w:rsidR="00364DA7" w:rsidRDefault="00000000">
            <w:pPr>
              <w:spacing w:after="60"/>
            </w:pPr>
            <w:r>
              <w:rPr>
                <w:b/>
                <w:color w:val="22322A"/>
              </w:rPr>
              <w:t>For any questions or concerns, please contact:</w:t>
            </w:r>
          </w:p>
          <w:p w14:paraId="0F5AD09B" w14:textId="77777777" w:rsidR="00364DA7" w:rsidRDefault="00000000">
            <w:pPr>
              <w:spacing w:after="60"/>
            </w:pPr>
            <w:r>
              <w:rPr>
                <w:b/>
                <w:color w:val="22322A"/>
              </w:rPr>
              <w:t>Merseyside Housing and Debt Advice</w:t>
            </w:r>
          </w:p>
          <w:p w14:paraId="2A017ACA" w14:textId="77777777" w:rsidR="00364DA7" w:rsidRDefault="00000000">
            <w:pPr>
              <w:spacing w:after="60"/>
            </w:pPr>
            <w:r>
              <w:t>Phone: 07749130565 or 07376215961</w:t>
            </w:r>
          </w:p>
          <w:p w14:paraId="15D05EDE" w14:textId="77777777" w:rsidR="00364DA7" w:rsidRDefault="00000000">
            <w:pPr>
              <w:spacing w:after="60"/>
            </w:pPr>
            <w:r>
              <w:t>Email: ann.norris@mhda.co.uk or cheryl.roach@mhda.co.uk</w:t>
            </w:r>
          </w:p>
          <w:p w14:paraId="75D42910" w14:textId="77777777" w:rsidR="00364DA7" w:rsidRDefault="00000000">
            <w:pPr>
              <w:spacing w:after="0"/>
            </w:pPr>
            <w:r>
              <w:t>Registered Address: 155 Rowan Drive, Kirkby L32</w:t>
            </w:r>
          </w:p>
        </w:tc>
      </w:tr>
    </w:tbl>
    <w:p w14:paraId="71A63808" w14:textId="77777777" w:rsidR="00364DA7" w:rsidRDefault="00364DA7">
      <w:pPr>
        <w:spacing w:after="240"/>
      </w:pPr>
    </w:p>
    <w:tbl>
      <w:tblPr>
        <w:tblW w:w="9360" w:type="dxa"/>
        <w:jc w:val="center"/>
        <w:tblLayout w:type="fixed"/>
        <w:tblLook w:val="04A0" w:firstRow="1" w:lastRow="0" w:firstColumn="1" w:lastColumn="0" w:noHBand="0" w:noVBand="1"/>
      </w:tblPr>
      <w:tblGrid>
        <w:gridCol w:w="4680"/>
        <w:gridCol w:w="4680"/>
      </w:tblGrid>
      <w:tr w:rsidR="00364DA7" w14:paraId="1CF340B7" w14:textId="77777777">
        <w:trPr>
          <w:jc w:val="center"/>
        </w:trPr>
        <w:tc>
          <w:tcPr>
            <w:tcW w:w="4680" w:type="dxa"/>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vAlign w:val="center"/>
          </w:tcPr>
          <w:p w14:paraId="10C08FD5" w14:textId="77777777" w:rsidR="00364DA7" w:rsidRDefault="00000000">
            <w:r>
              <w:rPr>
                <w:noProof/>
              </w:rPr>
              <w:drawing>
                <wp:inline distT="0" distB="0" distL="0" distR="0" wp14:anchorId="301B2D9A" wp14:editId="1DB1290A">
                  <wp:extent cx="1417320" cy="66862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0"/>
                          <a:stretch>
                            <a:fillRect/>
                          </a:stretch>
                        </pic:blipFill>
                        <pic:spPr>
                          <a:xfrm>
                            <a:off x="0" y="0"/>
                            <a:ext cx="1417320" cy="668622"/>
                          </a:xfrm>
                          <a:prstGeom prst="rect">
                            <a:avLst/>
                          </a:prstGeom>
                        </pic:spPr>
                      </pic:pic>
                    </a:graphicData>
                  </a:graphic>
                </wp:inline>
              </w:drawing>
            </w:r>
          </w:p>
        </w:tc>
        <w:tc>
          <w:tcPr>
            <w:tcW w:w="4680" w:type="dxa"/>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vAlign w:val="center"/>
          </w:tcPr>
          <w:p w14:paraId="465A9AD9" w14:textId="77777777" w:rsidR="00364DA7" w:rsidRDefault="00000000">
            <w:pPr>
              <w:jc w:val="right"/>
            </w:pPr>
            <w:r>
              <w:rPr>
                <w:noProof/>
              </w:rPr>
              <w:drawing>
                <wp:inline distT="0" distB="0" distL="0" distR="0" wp14:anchorId="30803209" wp14:editId="410C4F19">
                  <wp:extent cx="2331720" cy="57862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1"/>
                          <a:stretch>
                            <a:fillRect/>
                          </a:stretch>
                        </pic:blipFill>
                        <pic:spPr>
                          <a:xfrm>
                            <a:off x="0" y="0"/>
                            <a:ext cx="2331720" cy="578621"/>
                          </a:xfrm>
                          <a:prstGeom prst="rect">
                            <a:avLst/>
                          </a:prstGeom>
                        </pic:spPr>
                      </pic:pic>
                    </a:graphicData>
                  </a:graphic>
                </wp:inline>
              </w:drawing>
            </w:r>
          </w:p>
        </w:tc>
      </w:tr>
    </w:tbl>
    <w:p w14:paraId="3B0663B4" w14:textId="77777777" w:rsidR="00CE1B78" w:rsidRDefault="00CE1B78"/>
    <w:sectPr w:rsidR="00CE1B78" w:rsidSect="00034616">
      <w:pgSz w:w="11906" w:h="16838"/>
      <w:pgMar w:top="794" w:right="907" w:bottom="765"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64708D" w14:textId="77777777" w:rsidR="00100353" w:rsidRDefault="00100353">
      <w:pPr>
        <w:spacing w:after="0" w:line="240" w:lineRule="auto"/>
      </w:pPr>
      <w:r>
        <w:separator/>
      </w:r>
    </w:p>
  </w:endnote>
  <w:endnote w:type="continuationSeparator" w:id="0">
    <w:p w14:paraId="79C23025" w14:textId="77777777" w:rsidR="00100353" w:rsidRDefault="001003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49CB53" w14:textId="77777777" w:rsidR="00364DA7" w:rsidRDefault="00364DA7">
    <w:pPr>
      <w:pStyle w:val="Footer"/>
    </w:pPr>
  </w:p>
  <w:tbl>
    <w:tblPr>
      <w:tblW w:w="9360" w:type="dxa"/>
      <w:jc w:val="center"/>
      <w:tblLayout w:type="fixed"/>
      <w:tblLook w:val="04A0" w:firstRow="1" w:lastRow="0" w:firstColumn="1" w:lastColumn="0" w:noHBand="0" w:noVBand="1"/>
    </w:tblPr>
    <w:tblGrid>
      <w:gridCol w:w="3120"/>
      <w:gridCol w:w="3120"/>
      <w:gridCol w:w="3120"/>
    </w:tblGrid>
    <w:tr w:rsidR="00364DA7" w14:paraId="66C34903" w14:textId="77777777">
      <w:trPr>
        <w:jc w:val="center"/>
      </w:trPr>
      <w:tc>
        <w:tcPr>
          <w:tcW w:w="3120" w:type="dxa"/>
          <w:tcBorders>
            <w:top w:val="single" w:sz="0" w:space="0" w:color="FFFFFF"/>
            <w:left w:val="single" w:sz="0" w:space="0" w:color="FFFFFF"/>
            <w:bottom w:val="single" w:sz="0" w:space="0" w:color="FFFFFF"/>
            <w:right w:val="single" w:sz="0" w:space="0" w:color="FFFFFF"/>
          </w:tcBorders>
          <w:tcMar>
            <w:top w:w="20" w:type="dxa"/>
            <w:left w:w="20" w:type="dxa"/>
            <w:bottom w:w="20" w:type="dxa"/>
            <w:right w:w="20" w:type="dxa"/>
          </w:tcMar>
        </w:tcPr>
        <w:p w14:paraId="660A2310" w14:textId="1B4BECE1" w:rsidR="00364DA7" w:rsidRDefault="00364DA7">
          <w:pPr>
            <w:spacing w:after="0"/>
            <w:jc w:val="center"/>
          </w:pPr>
        </w:p>
      </w:tc>
      <w:tc>
        <w:tcPr>
          <w:tcW w:w="3120" w:type="dxa"/>
          <w:tcBorders>
            <w:top w:val="single" w:sz="0" w:space="0" w:color="FFFFFF"/>
            <w:left w:val="single" w:sz="0" w:space="0" w:color="FFFFFF"/>
            <w:bottom w:val="single" w:sz="0" w:space="0" w:color="FFFFFF"/>
            <w:right w:val="single" w:sz="0" w:space="0" w:color="FFFFFF"/>
          </w:tcBorders>
          <w:tcMar>
            <w:top w:w="20" w:type="dxa"/>
            <w:left w:w="20" w:type="dxa"/>
            <w:bottom w:w="20" w:type="dxa"/>
            <w:right w:w="20" w:type="dxa"/>
          </w:tcMar>
        </w:tcPr>
        <w:p w14:paraId="2DF01D04" w14:textId="183AEA47" w:rsidR="00364DA7" w:rsidRDefault="00364DA7">
          <w:pPr>
            <w:spacing w:after="0"/>
            <w:jc w:val="center"/>
          </w:pPr>
        </w:p>
      </w:tc>
      <w:tc>
        <w:tcPr>
          <w:tcW w:w="3120" w:type="dxa"/>
          <w:tcBorders>
            <w:top w:val="single" w:sz="0" w:space="0" w:color="FFFFFF"/>
            <w:left w:val="single" w:sz="0" w:space="0" w:color="FFFFFF"/>
            <w:bottom w:val="single" w:sz="0" w:space="0" w:color="FFFFFF"/>
            <w:right w:val="single" w:sz="0" w:space="0" w:color="FFFFFF"/>
          </w:tcBorders>
          <w:tcMar>
            <w:top w:w="20" w:type="dxa"/>
            <w:left w:w="20" w:type="dxa"/>
            <w:bottom w:w="20" w:type="dxa"/>
            <w:right w:w="20" w:type="dxa"/>
          </w:tcMar>
        </w:tcPr>
        <w:p w14:paraId="6F95F41F" w14:textId="163BAF1D" w:rsidR="00364DA7" w:rsidRDefault="00364DA7">
          <w:pPr>
            <w:spacing w:after="0"/>
            <w:jc w:val="center"/>
          </w:pPr>
        </w:p>
      </w:tc>
    </w:tr>
    <w:tr w:rsidR="00364DA7" w14:paraId="06396DD8" w14:textId="77777777">
      <w:trPr>
        <w:jc w:val="center"/>
      </w:trPr>
      <w:tc>
        <w:tcPr>
          <w:tcW w:w="3120" w:type="dxa"/>
          <w:tcBorders>
            <w:top w:val="single" w:sz="0" w:space="0" w:color="FFFFFF"/>
            <w:left w:val="single" w:sz="0" w:space="0" w:color="FFFFFF"/>
            <w:bottom w:val="single" w:sz="0" w:space="0" w:color="FFFFFF"/>
            <w:right w:val="single" w:sz="0" w:space="0" w:color="FFFFFF"/>
          </w:tcBorders>
          <w:tcMar>
            <w:top w:w="20" w:type="dxa"/>
            <w:left w:w="20" w:type="dxa"/>
            <w:bottom w:w="20" w:type="dxa"/>
            <w:right w:w="20" w:type="dxa"/>
          </w:tcMar>
        </w:tcPr>
        <w:p w14:paraId="6CD4ECC0" w14:textId="77777777" w:rsidR="00364DA7" w:rsidRDefault="00000000">
          <w:pPr>
            <w:spacing w:after="0"/>
            <w:jc w:val="center"/>
          </w:pPr>
          <w:r>
            <w:rPr>
              <w:color w:val="22322A"/>
              <w:sz w:val="17"/>
            </w:rPr>
            <w:t>Merseyside Housing &amp; Debt Advice CIC</w:t>
          </w:r>
        </w:p>
      </w:tc>
      <w:tc>
        <w:tcPr>
          <w:tcW w:w="3120" w:type="dxa"/>
          <w:tcBorders>
            <w:top w:val="single" w:sz="0" w:space="0" w:color="FFFFFF"/>
            <w:left w:val="single" w:sz="0" w:space="0" w:color="FFFFFF"/>
            <w:bottom w:val="single" w:sz="0" w:space="0" w:color="FFFFFF"/>
            <w:right w:val="single" w:sz="0" w:space="0" w:color="FFFFFF"/>
          </w:tcBorders>
          <w:tcMar>
            <w:top w:w="20" w:type="dxa"/>
            <w:left w:w="20" w:type="dxa"/>
            <w:bottom w:w="20" w:type="dxa"/>
            <w:right w:w="20" w:type="dxa"/>
          </w:tcMar>
        </w:tcPr>
        <w:p w14:paraId="3F8B7AD6" w14:textId="77777777" w:rsidR="00364DA7" w:rsidRDefault="00000000">
          <w:pPr>
            <w:spacing w:after="0"/>
            <w:jc w:val="center"/>
          </w:pPr>
          <w:r>
            <w:rPr>
              <w:color w:val="22322A"/>
              <w:sz w:val="17"/>
            </w:rPr>
            <w:t>CIC 15654040</w:t>
          </w:r>
        </w:p>
      </w:tc>
      <w:tc>
        <w:tcPr>
          <w:tcW w:w="3120" w:type="dxa"/>
          <w:tcBorders>
            <w:top w:val="single" w:sz="0" w:space="0" w:color="FFFFFF"/>
            <w:left w:val="single" w:sz="0" w:space="0" w:color="FFFFFF"/>
            <w:bottom w:val="single" w:sz="0" w:space="0" w:color="FFFFFF"/>
            <w:right w:val="single" w:sz="0" w:space="0" w:color="FFFFFF"/>
          </w:tcBorders>
          <w:tcMar>
            <w:top w:w="20" w:type="dxa"/>
            <w:left w:w="20" w:type="dxa"/>
            <w:bottom w:w="20" w:type="dxa"/>
            <w:right w:w="20" w:type="dxa"/>
          </w:tcMar>
        </w:tcPr>
        <w:p w14:paraId="64F42B99" w14:textId="77777777" w:rsidR="00364DA7" w:rsidRDefault="00000000">
          <w:pPr>
            <w:spacing w:after="0"/>
            <w:jc w:val="center"/>
          </w:pPr>
          <w:r>
            <w:rPr>
              <w:color w:val="22322A"/>
              <w:sz w:val="17"/>
            </w:rPr>
            <w:t>The Peoples Project</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87EEF4" w14:textId="77777777" w:rsidR="00100353" w:rsidRDefault="00100353">
      <w:pPr>
        <w:spacing w:after="0" w:line="240" w:lineRule="auto"/>
      </w:pPr>
      <w:r>
        <w:separator/>
      </w:r>
    </w:p>
  </w:footnote>
  <w:footnote w:type="continuationSeparator" w:id="0">
    <w:p w14:paraId="1FCCD2FE" w14:textId="77777777" w:rsidR="00100353" w:rsidRDefault="001003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74972033">
    <w:abstractNumId w:val="8"/>
  </w:num>
  <w:num w:numId="2" w16cid:durableId="1754817386">
    <w:abstractNumId w:val="6"/>
  </w:num>
  <w:num w:numId="3" w16cid:durableId="868877306">
    <w:abstractNumId w:val="5"/>
  </w:num>
  <w:num w:numId="4" w16cid:durableId="222372428">
    <w:abstractNumId w:val="4"/>
  </w:num>
  <w:num w:numId="5" w16cid:durableId="82604500">
    <w:abstractNumId w:val="7"/>
  </w:num>
  <w:num w:numId="6" w16cid:durableId="1206019024">
    <w:abstractNumId w:val="3"/>
  </w:num>
  <w:num w:numId="7" w16cid:durableId="1839298392">
    <w:abstractNumId w:val="2"/>
  </w:num>
  <w:num w:numId="8" w16cid:durableId="1192690127">
    <w:abstractNumId w:val="1"/>
  </w:num>
  <w:num w:numId="9" w16cid:durableId="13075631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0353"/>
    <w:rsid w:val="0015074B"/>
    <w:rsid w:val="00196FCE"/>
    <w:rsid w:val="0029639D"/>
    <w:rsid w:val="00326F90"/>
    <w:rsid w:val="00364DA7"/>
    <w:rsid w:val="007A3C30"/>
    <w:rsid w:val="00A21743"/>
    <w:rsid w:val="00AA1D8D"/>
    <w:rsid w:val="00B47730"/>
    <w:rsid w:val="00CB0664"/>
    <w:rsid w:val="00CE1B78"/>
    <w:rsid w:val="00D2225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19AA68"/>
  <w14:defaultImageDpi w14:val="300"/>
  <w15:docId w15:val="{1CFD2CC0-41FD-4609-979F-D46E73D99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A3A3A"/>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583</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MHDA Consent Form</dc:title>
  <dc:subject>Client consent form</dc:subject>
  <dc:creator>python-docx</dc:creator>
  <cp:keywords>MHDA, consent, housing, debt advice</cp:keywords>
  <dc:description>generated by python-docx</dc:description>
  <cp:lastModifiedBy>David Terry</cp:lastModifiedBy>
  <cp:revision>2</cp:revision>
  <dcterms:created xsi:type="dcterms:W3CDTF">2026-08-23T19:05:00Z</dcterms:created>
  <dcterms:modified xsi:type="dcterms:W3CDTF">2026-08-23T19:05:00Z</dcterms:modified>
  <cp:category/>
</cp:coreProperties>
</file>